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83E2C" w14:textId="65EA6128" w:rsidR="00AF37B1" w:rsidRPr="009812F8" w:rsidRDefault="00D675B2" w:rsidP="00BB6B05">
      <w:pPr>
        <w:jc w:val="center"/>
        <w:rPr>
          <w:rFonts w:asciiTheme="majorHAnsi" w:hAnsiTheme="majorHAnsi" w:cstheme="majorHAnsi"/>
          <w:b/>
          <w:bCs/>
          <w:sz w:val="32"/>
          <w:szCs w:val="32"/>
          <w:lang w:val="pl-PL"/>
        </w:rPr>
      </w:pPr>
      <w:r w:rsidRPr="009812F8">
        <w:rPr>
          <w:rFonts w:asciiTheme="majorHAnsi" w:hAnsiTheme="majorHAnsi" w:cstheme="majorHAnsi"/>
          <w:b/>
          <w:bCs/>
          <w:sz w:val="32"/>
          <w:szCs w:val="32"/>
          <w:lang w:val="pl-PL"/>
        </w:rPr>
        <w:t xml:space="preserve">Projektový záměr </w:t>
      </w:r>
      <w:r w:rsidR="00400546" w:rsidRPr="009812F8">
        <w:rPr>
          <w:rFonts w:asciiTheme="majorHAnsi" w:hAnsiTheme="majorHAnsi" w:cstheme="majorHAnsi"/>
          <w:b/>
          <w:bCs/>
          <w:sz w:val="32"/>
          <w:szCs w:val="32"/>
          <w:lang w:val="pl-PL"/>
        </w:rPr>
        <w:t>„</w:t>
      </w:r>
      <w:r w:rsidRPr="009812F8">
        <w:rPr>
          <w:rFonts w:asciiTheme="majorHAnsi" w:hAnsiTheme="majorHAnsi" w:cstheme="majorHAnsi"/>
          <w:b/>
          <w:bCs/>
          <w:sz w:val="32"/>
          <w:szCs w:val="32"/>
          <w:lang w:val="pl-PL"/>
        </w:rPr>
        <w:t>Křenkov</w:t>
      </w:r>
      <w:r w:rsidR="00400546" w:rsidRPr="009812F8">
        <w:rPr>
          <w:rFonts w:asciiTheme="majorHAnsi" w:hAnsiTheme="majorHAnsi" w:cstheme="majorHAnsi"/>
          <w:b/>
          <w:bCs/>
          <w:sz w:val="32"/>
          <w:szCs w:val="32"/>
          <w:lang w:val="pl-PL"/>
        </w:rPr>
        <w:t>a</w:t>
      </w:r>
      <w:r w:rsidRPr="009812F8">
        <w:rPr>
          <w:rFonts w:asciiTheme="majorHAnsi" w:hAnsiTheme="majorHAnsi" w:cstheme="majorHAnsi"/>
          <w:b/>
          <w:bCs/>
          <w:sz w:val="32"/>
          <w:szCs w:val="32"/>
          <w:lang w:val="pl-PL"/>
        </w:rPr>
        <w:t xml:space="preserve"> zahrada</w:t>
      </w:r>
      <w:r w:rsidR="00400546" w:rsidRPr="009812F8">
        <w:rPr>
          <w:rFonts w:asciiTheme="majorHAnsi" w:hAnsiTheme="majorHAnsi" w:cstheme="majorHAnsi"/>
          <w:b/>
          <w:bCs/>
          <w:sz w:val="32"/>
          <w:szCs w:val="32"/>
          <w:lang w:val="pl-PL"/>
        </w:rPr>
        <w:t>”</w:t>
      </w:r>
    </w:p>
    <w:p w14:paraId="63753FDC" w14:textId="1E272E4F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  <w:lang w:val="pl-PL"/>
        </w:rPr>
      </w:pPr>
      <w:r w:rsidRPr="009812F8">
        <w:rPr>
          <w:rFonts w:asciiTheme="majorHAnsi" w:hAnsiTheme="majorHAnsi" w:cstheme="majorHAnsi"/>
          <w:b/>
          <w:bCs/>
          <w:szCs w:val="24"/>
          <w:lang w:val="pl-PL"/>
        </w:rPr>
        <w:t>Jedná se o záměr nekomerčního využití přírodní lokality</w:t>
      </w:r>
      <w:r w:rsidR="0086426B"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 s registrovaným Významným krajinným prvkem</w:t>
      </w:r>
      <w:r w:rsidR="00400546" w:rsidRPr="009812F8">
        <w:rPr>
          <w:rFonts w:asciiTheme="majorHAnsi" w:hAnsiTheme="majorHAnsi" w:cstheme="majorHAnsi"/>
          <w:b/>
          <w:bCs/>
          <w:szCs w:val="24"/>
          <w:lang w:val="pl-PL"/>
        </w:rPr>
        <w:t>, která leží na katastr</w:t>
      </w:r>
      <w:r w:rsidR="0086426B" w:rsidRPr="009812F8">
        <w:rPr>
          <w:rFonts w:asciiTheme="majorHAnsi" w:hAnsiTheme="majorHAnsi" w:cstheme="majorHAnsi"/>
          <w:b/>
          <w:bCs/>
          <w:szCs w:val="24"/>
          <w:lang w:val="pl-PL"/>
        </w:rPr>
        <w:t>ech</w:t>
      </w:r>
      <w:r w:rsidR="00400546"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 obcí Kunčice pod Ondřejníkem</w:t>
      </w:r>
      <w:r w:rsidR="00B127C8" w:rsidRPr="009812F8">
        <w:rPr>
          <w:rFonts w:asciiTheme="majorHAnsi" w:hAnsiTheme="majorHAnsi" w:cstheme="majorHAnsi"/>
          <w:b/>
          <w:bCs/>
          <w:szCs w:val="24"/>
          <w:lang w:val="pl-PL"/>
        </w:rPr>
        <w:t>,</w:t>
      </w:r>
      <w:r w:rsidR="00400546"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 Tich</w:t>
      </w:r>
      <w:r w:rsidR="0086426B" w:rsidRPr="009812F8">
        <w:rPr>
          <w:rFonts w:asciiTheme="majorHAnsi" w:hAnsiTheme="majorHAnsi" w:cstheme="majorHAnsi"/>
          <w:b/>
          <w:bCs/>
          <w:szCs w:val="24"/>
          <w:lang w:val="pl-PL"/>
        </w:rPr>
        <w:t>á</w:t>
      </w:r>
      <w:r w:rsidR="00B127C8"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 a Frenštát pod Radhoštěm</w:t>
      </w:r>
      <w:r w:rsidR="0086426B" w:rsidRPr="009812F8">
        <w:rPr>
          <w:rFonts w:asciiTheme="majorHAnsi" w:hAnsiTheme="majorHAnsi" w:cstheme="majorHAnsi"/>
          <w:b/>
          <w:bCs/>
          <w:szCs w:val="24"/>
          <w:lang w:val="pl-PL"/>
        </w:rPr>
        <w:t>,</w:t>
      </w:r>
      <w:r w:rsidR="00400546"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 </w:t>
      </w:r>
      <w:r w:rsidRPr="009812F8">
        <w:rPr>
          <w:rFonts w:asciiTheme="majorHAnsi" w:hAnsiTheme="majorHAnsi" w:cstheme="majorHAnsi"/>
          <w:b/>
          <w:bCs/>
          <w:szCs w:val="24"/>
          <w:lang w:val="pl-PL"/>
        </w:rPr>
        <w:t>slouží</w:t>
      </w:r>
      <w:r w:rsidR="00400546" w:rsidRPr="009812F8">
        <w:rPr>
          <w:rFonts w:asciiTheme="majorHAnsi" w:hAnsiTheme="majorHAnsi" w:cstheme="majorHAnsi"/>
          <w:b/>
          <w:bCs/>
          <w:szCs w:val="24"/>
          <w:lang w:val="pl-PL"/>
        </w:rPr>
        <w:t>l</w:t>
      </w:r>
      <w:r w:rsidR="0086426B"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 by</w:t>
      </w:r>
      <w:r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 k </w:t>
      </w:r>
      <w:r w:rsidR="0086426B"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edukativním činnostem, </w:t>
      </w:r>
      <w:r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poznávacím výletům </w:t>
      </w:r>
      <w:r w:rsidR="0086426B" w:rsidRPr="009812F8">
        <w:rPr>
          <w:rFonts w:asciiTheme="majorHAnsi" w:hAnsiTheme="majorHAnsi" w:cstheme="majorHAnsi"/>
          <w:b/>
          <w:bCs/>
          <w:szCs w:val="24"/>
          <w:lang w:val="pl-PL"/>
        </w:rPr>
        <w:t xml:space="preserve">a tématickým procházkám </w:t>
      </w:r>
      <w:r w:rsidRPr="009812F8">
        <w:rPr>
          <w:rFonts w:asciiTheme="majorHAnsi" w:hAnsiTheme="majorHAnsi" w:cstheme="majorHAnsi"/>
          <w:b/>
          <w:bCs/>
          <w:szCs w:val="24"/>
          <w:lang w:val="pl-PL"/>
        </w:rPr>
        <w:t>a vzdělávání v oblasti přírodního bohatství a historie našeho regionu.</w:t>
      </w:r>
    </w:p>
    <w:p w14:paraId="241FD355" w14:textId="7000C069" w:rsidR="006C1115" w:rsidRPr="009812F8" w:rsidRDefault="00D675B2" w:rsidP="006C1115">
      <w:pPr>
        <w:jc w:val="both"/>
        <w:rPr>
          <w:rFonts w:asciiTheme="majorHAnsi" w:hAnsiTheme="majorHAnsi" w:cstheme="majorHAnsi"/>
          <w:szCs w:val="24"/>
          <w:lang w:val="pl-PL"/>
        </w:rPr>
      </w:pPr>
      <w:r w:rsidRPr="009812F8">
        <w:rPr>
          <w:rFonts w:asciiTheme="majorHAnsi" w:hAnsiTheme="majorHAnsi" w:cstheme="majorHAnsi"/>
          <w:szCs w:val="24"/>
          <w:lang w:val="pl-PL"/>
        </w:rPr>
        <w:t xml:space="preserve">Pozemky </w:t>
      </w:r>
      <w:r w:rsidR="0086426B" w:rsidRPr="009812F8">
        <w:rPr>
          <w:rFonts w:asciiTheme="majorHAnsi" w:hAnsiTheme="majorHAnsi" w:cstheme="majorHAnsi"/>
          <w:szCs w:val="24"/>
          <w:lang w:val="pl-PL"/>
        </w:rPr>
        <w:t xml:space="preserve">na katastrálních územích 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by byly převedeny do funkčního využití </w:t>
      </w:r>
      <w:r w:rsidR="00400546" w:rsidRPr="009812F8">
        <w:rPr>
          <w:rFonts w:asciiTheme="majorHAnsi" w:hAnsiTheme="majorHAnsi" w:cstheme="majorHAnsi"/>
          <w:szCs w:val="24"/>
          <w:lang w:val="pl-PL"/>
        </w:rPr>
        <w:t xml:space="preserve">obcí (vždy v rámci svého katastru) 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pro edukaci, rekreaci, environmentální vzdělávání, tedy i pro školy a širokou veřejnost. Budou přístupné celoročně bez omezení a v rámci ochrany přírody zde budou </w:t>
      </w:r>
      <w:r w:rsidR="0086426B" w:rsidRPr="009812F8">
        <w:rPr>
          <w:rFonts w:asciiTheme="majorHAnsi" w:hAnsiTheme="majorHAnsi" w:cstheme="majorHAnsi"/>
          <w:szCs w:val="24"/>
          <w:lang w:val="pl-PL"/>
        </w:rPr>
        <w:t>podpořeny a dotvořeny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 biotopy, které ze současné krajiny mizí.</w:t>
      </w:r>
    </w:p>
    <w:p w14:paraId="73FB39BE" w14:textId="0C6A3114" w:rsidR="006C1115" w:rsidRPr="009812F8" w:rsidRDefault="006C1115" w:rsidP="006C1115">
      <w:pPr>
        <w:jc w:val="both"/>
        <w:rPr>
          <w:rFonts w:asciiTheme="majorHAnsi" w:hAnsiTheme="majorHAnsi" w:cstheme="majorHAnsi"/>
          <w:szCs w:val="24"/>
          <w:lang w:val="pl-PL"/>
        </w:rPr>
      </w:pPr>
      <w:r w:rsidRPr="009812F8">
        <w:rPr>
          <w:rFonts w:asciiTheme="majorHAnsi" w:hAnsiTheme="majorHAnsi" w:cstheme="majorHAnsi"/>
          <w:szCs w:val="24"/>
          <w:lang w:val="pl-PL"/>
        </w:rPr>
        <w:t xml:space="preserve">Součástí projektu bude také odborný monitoring lokality – konkrétně sledování sukcese a postupného osidlování nově vytvořených biotopů rostlinami a živočichy. Tato činnost bude realizována ve spolupráci </w:t>
      </w:r>
      <w:r w:rsidR="004F4A5E" w:rsidRPr="009812F8">
        <w:rPr>
          <w:rFonts w:asciiTheme="majorHAnsi" w:hAnsiTheme="majorHAnsi" w:cstheme="majorHAnsi"/>
          <w:szCs w:val="24"/>
          <w:lang w:val="pl-PL"/>
        </w:rPr>
        <w:t> </w:t>
      </w:r>
      <w:r w:rsidRPr="009812F8">
        <w:rPr>
          <w:rFonts w:asciiTheme="majorHAnsi" w:hAnsiTheme="majorHAnsi" w:cstheme="majorHAnsi"/>
          <w:szCs w:val="24"/>
          <w:lang w:val="pl-PL"/>
        </w:rPr>
        <w:t>odborníky a muze</w:t>
      </w:r>
      <w:r w:rsidR="0086426B" w:rsidRPr="009812F8">
        <w:rPr>
          <w:rFonts w:asciiTheme="majorHAnsi" w:hAnsiTheme="majorHAnsi" w:cstheme="majorHAnsi"/>
          <w:szCs w:val="24"/>
          <w:lang w:val="pl-PL"/>
        </w:rPr>
        <w:t>jními pracovníky</w:t>
      </w:r>
      <w:r w:rsidRPr="009812F8">
        <w:rPr>
          <w:rFonts w:asciiTheme="majorHAnsi" w:hAnsiTheme="majorHAnsi" w:cstheme="majorHAnsi"/>
          <w:szCs w:val="24"/>
          <w:lang w:val="pl-PL"/>
        </w:rPr>
        <w:t>.</w:t>
      </w:r>
    </w:p>
    <w:p w14:paraId="0C1A778C" w14:textId="77777777" w:rsidR="00095533" w:rsidRPr="009812F8" w:rsidRDefault="00095533" w:rsidP="00BB6B05">
      <w:pPr>
        <w:jc w:val="both"/>
        <w:rPr>
          <w:rFonts w:asciiTheme="majorHAnsi" w:hAnsiTheme="majorHAnsi" w:cstheme="majorHAnsi"/>
          <w:b/>
          <w:bCs/>
          <w:szCs w:val="24"/>
        </w:rPr>
      </w:pPr>
    </w:p>
    <w:p w14:paraId="2FED1F85" w14:textId="5D03472C" w:rsidR="00783F22" w:rsidRPr="009812F8" w:rsidRDefault="00F55F87">
      <w:pPr>
        <w:rPr>
          <w:rFonts w:asciiTheme="majorHAnsi" w:hAnsiTheme="majorHAnsi" w:cstheme="majorHAnsi"/>
          <w:b/>
          <w:bCs/>
          <w:szCs w:val="24"/>
        </w:rPr>
      </w:pPr>
      <w:r w:rsidRPr="009812F8">
        <w:rPr>
          <w:rFonts w:asciiTheme="majorHAnsi" w:hAnsiTheme="majorHAnsi" w:cstheme="majorHAnsi"/>
          <w:b/>
          <w:bCs/>
          <w:noProof/>
          <w:szCs w:val="24"/>
        </w:rPr>
        <w:drawing>
          <wp:inline distT="0" distB="0" distL="0" distR="0" wp14:anchorId="61CE4B0F" wp14:editId="0444E092">
            <wp:extent cx="6121400" cy="4081145"/>
            <wp:effectExtent l="0" t="0" r="0" b="0"/>
            <wp:docPr id="609487206" name="Obrázek 1" descr="Obsah obrázku strom, rostlina, obloha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87206" name="Obrázek 1" descr="Obsah obrázku strom, rostlina, obloha, tráva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F22" w:rsidRPr="009812F8">
        <w:rPr>
          <w:rFonts w:asciiTheme="majorHAnsi" w:hAnsiTheme="majorHAnsi" w:cstheme="majorHAnsi"/>
          <w:b/>
          <w:bCs/>
          <w:szCs w:val="24"/>
        </w:rPr>
        <w:br w:type="page"/>
      </w:r>
    </w:p>
    <w:p w14:paraId="2D7141AE" w14:textId="6D45F5A1" w:rsidR="00095533" w:rsidRPr="009812F8" w:rsidRDefault="00095533" w:rsidP="00B127C8">
      <w:pPr>
        <w:rPr>
          <w:rFonts w:asciiTheme="majorHAnsi" w:hAnsiTheme="majorHAnsi" w:cstheme="majorHAnsi"/>
          <w:b/>
          <w:bCs/>
          <w:szCs w:val="24"/>
        </w:rPr>
      </w:pPr>
      <w:r w:rsidRPr="009812F8">
        <w:rPr>
          <w:rFonts w:asciiTheme="majorHAnsi" w:hAnsiTheme="majorHAnsi" w:cstheme="majorHAnsi"/>
          <w:b/>
          <w:bCs/>
          <w:szCs w:val="24"/>
        </w:rPr>
        <w:lastRenderedPageBreak/>
        <w:t>UMÍSTĚNÍ LOKALITY</w:t>
      </w:r>
    </w:p>
    <w:p w14:paraId="6EC29F1A" w14:textId="67E26890" w:rsidR="00F55F87" w:rsidRPr="009812F8" w:rsidRDefault="008D1211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Lokalita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se </w:t>
      </w:r>
      <w:proofErr w:type="spellStart"/>
      <w:r w:rsidRPr="009812F8">
        <w:rPr>
          <w:rFonts w:asciiTheme="majorHAnsi" w:hAnsiTheme="majorHAnsi" w:cstheme="majorHAnsi"/>
          <w:szCs w:val="24"/>
        </w:rPr>
        <w:t>nachází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hranici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obcí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Kunčice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pod </w:t>
      </w:r>
      <w:proofErr w:type="spellStart"/>
      <w:r w:rsidRPr="009812F8">
        <w:rPr>
          <w:rFonts w:asciiTheme="majorHAnsi" w:hAnsiTheme="majorHAnsi" w:cstheme="majorHAnsi"/>
          <w:szCs w:val="24"/>
        </w:rPr>
        <w:t>Ondřejníkem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Tichá, s </w:t>
      </w:r>
      <w:proofErr w:type="spellStart"/>
      <w:r w:rsidRPr="009812F8">
        <w:rPr>
          <w:rFonts w:asciiTheme="majorHAnsi" w:hAnsiTheme="majorHAnsi" w:cstheme="majorHAnsi"/>
          <w:szCs w:val="24"/>
        </w:rPr>
        <w:t>mírným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přesahem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do </w:t>
      </w:r>
      <w:proofErr w:type="spellStart"/>
      <w:r w:rsidR="00783F22" w:rsidRPr="009812F8">
        <w:rPr>
          <w:rFonts w:asciiTheme="majorHAnsi" w:hAnsiTheme="majorHAnsi" w:cstheme="majorHAnsi"/>
          <w:szCs w:val="24"/>
        </w:rPr>
        <w:t>katastrálního</w:t>
      </w:r>
      <w:proofErr w:type="spellEnd"/>
      <w:r w:rsidR="00783F22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783F22" w:rsidRPr="009812F8">
        <w:rPr>
          <w:rFonts w:asciiTheme="majorHAnsi" w:hAnsiTheme="majorHAnsi" w:cstheme="majorHAnsi"/>
          <w:szCs w:val="24"/>
        </w:rPr>
        <w:t>území</w:t>
      </w:r>
      <w:proofErr w:type="spellEnd"/>
      <w:r w:rsidR="00783F22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města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Frenštát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pod </w:t>
      </w:r>
      <w:proofErr w:type="spellStart"/>
      <w:r w:rsidRPr="009812F8">
        <w:rPr>
          <w:rFonts w:asciiTheme="majorHAnsi" w:hAnsiTheme="majorHAnsi" w:cstheme="majorHAnsi"/>
          <w:szCs w:val="24"/>
        </w:rPr>
        <w:t>Radhoštěm</w:t>
      </w:r>
      <w:proofErr w:type="spellEnd"/>
      <w:r w:rsidRPr="009812F8">
        <w:rPr>
          <w:rFonts w:asciiTheme="majorHAnsi" w:hAnsiTheme="majorHAnsi" w:cstheme="majorHAnsi"/>
          <w:szCs w:val="24"/>
        </w:rPr>
        <w:t>.</w:t>
      </w:r>
    </w:p>
    <w:p w14:paraId="140B2627" w14:textId="77777777" w:rsidR="00B127C8" w:rsidRPr="009812F8" w:rsidRDefault="00B127C8" w:rsidP="008D1211">
      <w:pPr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</w:p>
    <w:p w14:paraId="5C5CF024" w14:textId="14EE4649" w:rsidR="008D1211" w:rsidRPr="009812F8" w:rsidRDefault="008D1211" w:rsidP="008D1211">
      <w:pPr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  <w:r w:rsidRPr="009812F8">
        <w:rPr>
          <w:rFonts w:asciiTheme="majorHAnsi" w:hAnsiTheme="majorHAnsi" w:cstheme="majorHAnsi"/>
          <w:b/>
          <w:bCs/>
          <w:szCs w:val="24"/>
          <w:lang w:val="cs-CZ"/>
        </w:rPr>
        <w:t>Obec Kunčice pod Ondřejníkem: Celkem: 34 </w:t>
      </w:r>
      <w:r w:rsidR="004F4A5E" w:rsidRPr="009812F8">
        <w:rPr>
          <w:rFonts w:asciiTheme="majorHAnsi" w:hAnsiTheme="majorHAnsi" w:cstheme="majorHAnsi"/>
          <w:b/>
          <w:bCs/>
          <w:szCs w:val="24"/>
          <w:lang w:val="cs-CZ"/>
        </w:rPr>
        <w:t>3</w:t>
      </w:r>
      <w:r w:rsidR="00C54894" w:rsidRPr="009812F8">
        <w:rPr>
          <w:rFonts w:asciiTheme="majorHAnsi" w:hAnsiTheme="majorHAnsi" w:cstheme="majorHAnsi"/>
          <w:b/>
          <w:bCs/>
          <w:szCs w:val="24"/>
          <w:lang w:val="cs-CZ"/>
        </w:rPr>
        <w:t>82</w:t>
      </w:r>
      <w:r w:rsidRPr="009812F8">
        <w:rPr>
          <w:rFonts w:asciiTheme="majorHAnsi" w:hAnsiTheme="majorHAnsi" w:cstheme="majorHAnsi"/>
          <w:b/>
          <w:bCs/>
          <w:szCs w:val="24"/>
          <w:lang w:val="cs-CZ"/>
        </w:rPr>
        <w:t xml:space="preserve"> m²</w:t>
      </w:r>
    </w:p>
    <w:p w14:paraId="54BF1754" w14:textId="77777777" w:rsidR="008D1211" w:rsidRPr="009812F8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Parcelní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číslo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3202/2, Výměra: 9 146 m², </w:t>
      </w:r>
      <w:proofErr w:type="spellStart"/>
      <w:r w:rsidRPr="009812F8">
        <w:rPr>
          <w:rFonts w:asciiTheme="majorHAnsi" w:hAnsiTheme="majorHAnsi" w:cstheme="majorHAnsi"/>
          <w:szCs w:val="24"/>
        </w:rPr>
        <w:t>Využití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manipulační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Druh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pozemku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ostatní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</w:p>
    <w:p w14:paraId="1FB1481A" w14:textId="0CC225BA" w:rsidR="008D1211" w:rsidRPr="009812F8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Parcelní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číslo</w:t>
      </w:r>
      <w:proofErr w:type="spellEnd"/>
      <w:r w:rsidRPr="009812F8">
        <w:rPr>
          <w:rFonts w:asciiTheme="majorHAnsi" w:hAnsiTheme="majorHAnsi" w:cstheme="majorHAnsi"/>
          <w:szCs w:val="24"/>
        </w:rPr>
        <w:t>: 3202/3, Výměra: 15 </w:t>
      </w:r>
      <w:r w:rsidR="00AA2327" w:rsidRPr="009812F8">
        <w:rPr>
          <w:rFonts w:asciiTheme="majorHAnsi" w:hAnsiTheme="majorHAnsi" w:cstheme="majorHAnsi"/>
          <w:szCs w:val="24"/>
        </w:rPr>
        <w:t>049</w:t>
      </w:r>
      <w:r w:rsidRPr="009812F8">
        <w:rPr>
          <w:rFonts w:asciiTheme="majorHAnsi" w:hAnsiTheme="majorHAnsi" w:cstheme="majorHAnsi"/>
          <w:szCs w:val="24"/>
        </w:rPr>
        <w:t xml:space="preserve"> m², </w:t>
      </w:r>
      <w:proofErr w:type="spellStart"/>
      <w:r w:rsidRPr="009812F8">
        <w:rPr>
          <w:rFonts w:asciiTheme="majorHAnsi" w:hAnsiTheme="majorHAnsi" w:cstheme="majorHAnsi"/>
          <w:szCs w:val="24"/>
        </w:rPr>
        <w:t>Využití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manipulační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Druh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pozemku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ostatní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</w:p>
    <w:p w14:paraId="63908814" w14:textId="77777777" w:rsidR="008D1211" w:rsidRPr="009812F8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Parcelní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číslo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3202/4, Výměra: 8 678 m², </w:t>
      </w:r>
      <w:proofErr w:type="spellStart"/>
      <w:r w:rsidRPr="009812F8">
        <w:rPr>
          <w:rFonts w:asciiTheme="majorHAnsi" w:hAnsiTheme="majorHAnsi" w:cstheme="majorHAnsi"/>
          <w:szCs w:val="24"/>
        </w:rPr>
        <w:t>Využití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manipulační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Druh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pozemku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ostatní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</w:p>
    <w:p w14:paraId="69B63970" w14:textId="41EC585E" w:rsidR="008D1211" w:rsidRPr="009812F8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Parcelní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číslo</w:t>
      </w:r>
      <w:proofErr w:type="spellEnd"/>
      <w:r w:rsidRPr="009812F8">
        <w:rPr>
          <w:rFonts w:asciiTheme="majorHAnsi" w:hAnsiTheme="majorHAnsi" w:cstheme="majorHAnsi"/>
          <w:szCs w:val="24"/>
        </w:rPr>
        <w:t>: 3192/3, Výměra: 1 0</w:t>
      </w:r>
      <w:r w:rsidR="00C54894" w:rsidRPr="009812F8">
        <w:rPr>
          <w:rFonts w:asciiTheme="majorHAnsi" w:hAnsiTheme="majorHAnsi" w:cstheme="majorHAnsi"/>
          <w:szCs w:val="24"/>
        </w:rPr>
        <w:t>9</w:t>
      </w:r>
      <w:r w:rsidR="00AA2327" w:rsidRPr="009812F8">
        <w:rPr>
          <w:rFonts w:asciiTheme="majorHAnsi" w:hAnsiTheme="majorHAnsi" w:cstheme="majorHAnsi"/>
          <w:szCs w:val="24"/>
        </w:rPr>
        <w:t>1</w:t>
      </w:r>
      <w:r w:rsidRPr="009812F8">
        <w:rPr>
          <w:rFonts w:asciiTheme="majorHAnsi" w:hAnsiTheme="majorHAnsi" w:cstheme="majorHAnsi"/>
          <w:szCs w:val="24"/>
        </w:rPr>
        <w:t xml:space="preserve"> m², </w:t>
      </w:r>
      <w:proofErr w:type="spellStart"/>
      <w:r w:rsidRPr="009812F8">
        <w:rPr>
          <w:rFonts w:asciiTheme="majorHAnsi" w:hAnsiTheme="majorHAnsi" w:cstheme="majorHAnsi"/>
          <w:szCs w:val="24"/>
        </w:rPr>
        <w:t>Využití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manipulační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Druh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pozemku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ostatní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</w:p>
    <w:p w14:paraId="541F28A2" w14:textId="308380CF" w:rsidR="008D1211" w:rsidRPr="009812F8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Parcelní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číslo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3511/2, Výměra: 292 m², </w:t>
      </w:r>
      <w:proofErr w:type="spellStart"/>
      <w:r w:rsidRPr="009812F8">
        <w:rPr>
          <w:rFonts w:asciiTheme="majorHAnsi" w:hAnsiTheme="majorHAnsi" w:cstheme="majorHAnsi"/>
          <w:szCs w:val="24"/>
        </w:rPr>
        <w:t>Využití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ostatní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komunikace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Druh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pozemku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ostatní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</w:p>
    <w:p w14:paraId="11E734D4" w14:textId="20FEE8EA" w:rsidR="008D1211" w:rsidRPr="009812F8" w:rsidRDefault="008D1211" w:rsidP="00BB6B05">
      <w:pPr>
        <w:pStyle w:val="Odstavecseseznamem"/>
        <w:numPr>
          <w:ilvl w:val="0"/>
          <w:numId w:val="11"/>
        </w:numPr>
        <w:ind w:left="567"/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Parcelní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číslo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st.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318, Výměra: 126 m², </w:t>
      </w:r>
      <w:proofErr w:type="spellStart"/>
      <w:r w:rsidRPr="009812F8">
        <w:rPr>
          <w:rFonts w:asciiTheme="majorHAnsi" w:hAnsiTheme="majorHAnsi" w:cstheme="majorHAnsi"/>
          <w:szCs w:val="24"/>
        </w:rPr>
        <w:t>Využití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="00AA2327" w:rsidRPr="009812F8">
        <w:rPr>
          <w:rFonts w:asciiTheme="majorHAnsi" w:hAnsiTheme="majorHAnsi" w:cstheme="majorHAnsi"/>
          <w:szCs w:val="24"/>
        </w:rPr>
        <w:t>zbořeniště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Druh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pozemku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zastavěná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nádvoří</w:t>
      </w:r>
      <w:proofErr w:type="spellEnd"/>
    </w:p>
    <w:p w14:paraId="070D35AE" w14:textId="77777777" w:rsidR="00B127C8" w:rsidRPr="009812F8" w:rsidRDefault="00B127C8" w:rsidP="00C1509B">
      <w:pPr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</w:p>
    <w:p w14:paraId="61F825EB" w14:textId="0AC37286" w:rsidR="00C1509B" w:rsidRPr="009812F8" w:rsidRDefault="00C1509B" w:rsidP="00C1509B">
      <w:pPr>
        <w:jc w:val="both"/>
        <w:rPr>
          <w:rFonts w:asciiTheme="majorHAnsi" w:hAnsiTheme="majorHAnsi" w:cstheme="majorHAnsi"/>
          <w:b/>
          <w:bCs/>
          <w:szCs w:val="24"/>
          <w:lang w:val="cs-CZ"/>
        </w:rPr>
      </w:pPr>
      <w:r w:rsidRPr="009812F8">
        <w:rPr>
          <w:rFonts w:asciiTheme="majorHAnsi" w:hAnsiTheme="majorHAnsi" w:cstheme="majorHAnsi"/>
          <w:b/>
          <w:bCs/>
          <w:szCs w:val="24"/>
          <w:lang w:val="cs-CZ"/>
        </w:rPr>
        <w:t>Obec Tichá na Moravě: Celkem: 11 074 m²</w:t>
      </w:r>
    </w:p>
    <w:p w14:paraId="06D2E8F7" w14:textId="77777777" w:rsidR="00C1509B" w:rsidRPr="009812F8" w:rsidRDefault="00C1509B" w:rsidP="00C1509B">
      <w:pPr>
        <w:pStyle w:val="Odstavecseseznamem"/>
        <w:numPr>
          <w:ilvl w:val="0"/>
          <w:numId w:val="12"/>
        </w:numPr>
        <w:jc w:val="both"/>
        <w:rPr>
          <w:rFonts w:asciiTheme="majorHAnsi" w:hAnsiTheme="majorHAnsi" w:cstheme="majorHAnsi"/>
          <w:szCs w:val="24"/>
          <w:lang w:val="cs-CZ"/>
        </w:rPr>
      </w:pPr>
      <w:r w:rsidRPr="009812F8">
        <w:rPr>
          <w:rFonts w:asciiTheme="majorHAnsi" w:hAnsiTheme="majorHAnsi" w:cstheme="majorHAnsi"/>
          <w:szCs w:val="24"/>
          <w:lang w:val="cs-CZ"/>
        </w:rPr>
        <w:t>Parcelní číslo: 1452, Výměra: 137 m², Využití: ostatní komunikace, Druh pozemku: ostatní plocha</w:t>
      </w:r>
    </w:p>
    <w:p w14:paraId="52906CB9" w14:textId="77777777" w:rsidR="00C1509B" w:rsidRPr="009812F8" w:rsidRDefault="00C1509B" w:rsidP="00C1509B">
      <w:pPr>
        <w:pStyle w:val="Odstavecseseznamem"/>
        <w:numPr>
          <w:ilvl w:val="0"/>
          <w:numId w:val="12"/>
        </w:numPr>
        <w:jc w:val="both"/>
        <w:rPr>
          <w:rFonts w:asciiTheme="majorHAnsi" w:hAnsiTheme="majorHAnsi" w:cstheme="majorHAnsi"/>
          <w:szCs w:val="24"/>
          <w:lang w:val="cs-CZ"/>
        </w:rPr>
      </w:pPr>
      <w:r w:rsidRPr="009812F8">
        <w:rPr>
          <w:rFonts w:asciiTheme="majorHAnsi" w:hAnsiTheme="majorHAnsi" w:cstheme="majorHAnsi"/>
          <w:szCs w:val="24"/>
          <w:lang w:val="cs-CZ"/>
        </w:rPr>
        <w:t>Parcelní číslo: 1453, Výměra: 2 571 m², Využití: zamokřená plocha, Druh pozemku: vodní plocha</w:t>
      </w:r>
    </w:p>
    <w:p w14:paraId="2B68B36E" w14:textId="77777777" w:rsidR="00C1509B" w:rsidRPr="009812F8" w:rsidRDefault="00C1509B" w:rsidP="00C1509B">
      <w:pPr>
        <w:pStyle w:val="Odstavecseseznamem"/>
        <w:numPr>
          <w:ilvl w:val="0"/>
          <w:numId w:val="12"/>
        </w:numPr>
        <w:jc w:val="both"/>
        <w:rPr>
          <w:rFonts w:asciiTheme="majorHAnsi" w:hAnsiTheme="majorHAnsi" w:cstheme="majorHAnsi"/>
          <w:szCs w:val="24"/>
          <w:lang w:val="cs-CZ"/>
        </w:rPr>
      </w:pPr>
      <w:r w:rsidRPr="009812F8">
        <w:rPr>
          <w:rFonts w:asciiTheme="majorHAnsi" w:hAnsiTheme="majorHAnsi" w:cstheme="majorHAnsi"/>
          <w:szCs w:val="24"/>
          <w:lang w:val="cs-CZ"/>
        </w:rPr>
        <w:t>Parcelní číslo: 1454, Výměra: 7 448 m², Využití: jiná plocha, Druh pozemku: ostatní plocha</w:t>
      </w:r>
    </w:p>
    <w:p w14:paraId="71B8EBE8" w14:textId="07FDB72B" w:rsidR="00C1509B" w:rsidRPr="009812F8" w:rsidRDefault="00C1509B" w:rsidP="00C1509B">
      <w:pPr>
        <w:pStyle w:val="Odstavecseseznamem"/>
        <w:numPr>
          <w:ilvl w:val="0"/>
          <w:numId w:val="12"/>
        </w:numPr>
        <w:jc w:val="both"/>
        <w:rPr>
          <w:rFonts w:asciiTheme="majorHAnsi" w:hAnsiTheme="majorHAnsi" w:cstheme="majorHAnsi"/>
          <w:szCs w:val="24"/>
          <w:lang w:val="cs-CZ"/>
        </w:rPr>
      </w:pPr>
      <w:r w:rsidRPr="009812F8">
        <w:rPr>
          <w:rFonts w:asciiTheme="majorHAnsi" w:hAnsiTheme="majorHAnsi" w:cstheme="majorHAnsi"/>
          <w:szCs w:val="24"/>
          <w:lang w:val="cs-CZ"/>
        </w:rPr>
        <w:t>Parcelní číslo: 1455, Výměra: 517 m², Využití: zamokřená plocha, Druh pozemku: vodní plocha</w:t>
      </w:r>
    </w:p>
    <w:p w14:paraId="66ABF6BF" w14:textId="1D991604" w:rsidR="00C1509B" w:rsidRPr="009812F8" w:rsidRDefault="00C1509B" w:rsidP="00BB6B05">
      <w:pPr>
        <w:pStyle w:val="Odstavecseseznamem"/>
        <w:numPr>
          <w:ilvl w:val="0"/>
          <w:numId w:val="12"/>
        </w:numPr>
        <w:jc w:val="both"/>
        <w:rPr>
          <w:rFonts w:asciiTheme="majorHAnsi" w:hAnsiTheme="majorHAnsi" w:cstheme="majorHAnsi"/>
          <w:szCs w:val="24"/>
          <w:lang w:val="cs-CZ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Parcelní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číslo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1466/15, Výměra: 401 m², </w:t>
      </w:r>
      <w:proofErr w:type="spellStart"/>
      <w:r w:rsidRPr="009812F8">
        <w:rPr>
          <w:rFonts w:asciiTheme="majorHAnsi" w:hAnsiTheme="majorHAnsi" w:cstheme="majorHAnsi"/>
          <w:szCs w:val="24"/>
        </w:rPr>
        <w:t>Využití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jiná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Druh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pozemku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ostatní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</w:p>
    <w:p w14:paraId="0FFDE725" w14:textId="77777777" w:rsidR="00B127C8" w:rsidRPr="009812F8" w:rsidRDefault="00B127C8" w:rsidP="00BB6B05">
      <w:pPr>
        <w:jc w:val="both"/>
        <w:rPr>
          <w:rFonts w:asciiTheme="majorHAnsi" w:hAnsiTheme="majorHAnsi" w:cstheme="majorHAnsi"/>
          <w:b/>
          <w:bCs/>
          <w:szCs w:val="24"/>
        </w:rPr>
      </w:pPr>
    </w:p>
    <w:p w14:paraId="07EFE99F" w14:textId="5ECFA45B" w:rsidR="00C1509B" w:rsidRPr="009812F8" w:rsidRDefault="00C1509B" w:rsidP="00BB6B05">
      <w:pPr>
        <w:jc w:val="both"/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Město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Frenštát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pod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Radhoštěm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>:</w:t>
      </w:r>
      <w:r w:rsidR="004F4A5E"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r w:rsidR="004F4A5E" w:rsidRPr="009812F8">
        <w:rPr>
          <w:rFonts w:asciiTheme="majorHAnsi" w:hAnsiTheme="majorHAnsi" w:cstheme="majorHAnsi"/>
          <w:b/>
          <w:bCs/>
          <w:szCs w:val="24"/>
          <w:lang w:val="cs-CZ"/>
        </w:rPr>
        <w:t>1</w:t>
      </w:r>
      <w:r w:rsidR="00380991" w:rsidRPr="009812F8">
        <w:rPr>
          <w:rFonts w:asciiTheme="majorHAnsi" w:hAnsiTheme="majorHAnsi" w:cstheme="majorHAnsi"/>
          <w:b/>
          <w:bCs/>
          <w:szCs w:val="24"/>
          <w:lang w:val="cs-CZ"/>
        </w:rPr>
        <w:t>58</w:t>
      </w:r>
      <w:r w:rsidR="004F4A5E" w:rsidRPr="009812F8">
        <w:rPr>
          <w:rFonts w:asciiTheme="majorHAnsi" w:hAnsiTheme="majorHAnsi" w:cstheme="majorHAnsi"/>
          <w:b/>
          <w:bCs/>
          <w:szCs w:val="24"/>
          <w:lang w:val="cs-CZ"/>
        </w:rPr>
        <w:t xml:space="preserve"> m²</w:t>
      </w:r>
    </w:p>
    <w:p w14:paraId="0F3E3E1C" w14:textId="387EF835" w:rsidR="00C1509B" w:rsidRPr="009812F8" w:rsidRDefault="00C1509B" w:rsidP="008D1D59">
      <w:pPr>
        <w:pStyle w:val="Odstavecseseznamem"/>
        <w:numPr>
          <w:ilvl w:val="0"/>
          <w:numId w:val="13"/>
        </w:numPr>
        <w:jc w:val="both"/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Parcelní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číslo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4472/22, Výměra: 158 m², </w:t>
      </w:r>
      <w:proofErr w:type="spellStart"/>
      <w:r w:rsidRPr="009812F8">
        <w:rPr>
          <w:rFonts w:asciiTheme="majorHAnsi" w:hAnsiTheme="majorHAnsi" w:cstheme="majorHAnsi"/>
          <w:szCs w:val="24"/>
        </w:rPr>
        <w:t>Využití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koryto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vodního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toku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přirozené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nebo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upravené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Druh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pozemku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: </w:t>
      </w:r>
      <w:proofErr w:type="spellStart"/>
      <w:r w:rsidRPr="009812F8">
        <w:rPr>
          <w:rFonts w:asciiTheme="majorHAnsi" w:hAnsiTheme="majorHAnsi" w:cstheme="majorHAnsi"/>
          <w:szCs w:val="24"/>
        </w:rPr>
        <w:t>vodní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plocha</w:t>
      </w:r>
      <w:proofErr w:type="spellEnd"/>
    </w:p>
    <w:p w14:paraId="67478460" w14:textId="77777777" w:rsidR="00380991" w:rsidRPr="009812F8" w:rsidRDefault="00380991" w:rsidP="00E04EFC">
      <w:pPr>
        <w:ind w:left="360"/>
        <w:jc w:val="both"/>
        <w:rPr>
          <w:rFonts w:asciiTheme="majorHAnsi" w:hAnsiTheme="majorHAnsi" w:cstheme="majorHAnsi"/>
          <w:b/>
          <w:bCs/>
          <w:szCs w:val="24"/>
        </w:rPr>
      </w:pPr>
    </w:p>
    <w:p w14:paraId="67478800" w14:textId="153EE9AF" w:rsidR="00783F22" w:rsidRPr="009812F8" w:rsidRDefault="00C1509B">
      <w:pPr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Celková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výměra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všech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uvedených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parcel: 4</w:t>
      </w:r>
      <w:r w:rsidR="004F4A5E" w:rsidRPr="009812F8">
        <w:rPr>
          <w:rFonts w:asciiTheme="majorHAnsi" w:hAnsiTheme="majorHAnsi" w:cstheme="majorHAnsi"/>
          <w:b/>
          <w:bCs/>
          <w:szCs w:val="24"/>
        </w:rPr>
        <w:t>5 </w:t>
      </w:r>
      <w:r w:rsidR="00380991" w:rsidRPr="009812F8">
        <w:rPr>
          <w:rFonts w:asciiTheme="majorHAnsi" w:hAnsiTheme="majorHAnsi" w:cstheme="majorHAnsi"/>
          <w:b/>
          <w:bCs/>
          <w:szCs w:val="24"/>
        </w:rPr>
        <w:t>614</w:t>
      </w:r>
      <w:r w:rsidR="004F4A5E"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r w:rsidRPr="009812F8">
        <w:rPr>
          <w:rFonts w:asciiTheme="majorHAnsi" w:hAnsiTheme="majorHAnsi" w:cstheme="majorHAnsi"/>
          <w:b/>
          <w:bCs/>
          <w:szCs w:val="24"/>
        </w:rPr>
        <w:t xml:space="preserve">m²  </w:t>
      </w:r>
      <w:r w:rsidR="00783F22" w:rsidRPr="009812F8">
        <w:rPr>
          <w:rFonts w:asciiTheme="majorHAnsi" w:hAnsiTheme="majorHAnsi" w:cstheme="majorHAnsi"/>
          <w:szCs w:val="24"/>
        </w:rPr>
        <w:br w:type="page"/>
      </w:r>
    </w:p>
    <w:p w14:paraId="325CEE37" w14:textId="0C9C67D2" w:rsidR="00AF37B1" w:rsidRPr="009812F8" w:rsidRDefault="00D675B2" w:rsidP="00783F22">
      <w:pPr>
        <w:rPr>
          <w:rFonts w:asciiTheme="majorHAnsi" w:hAnsiTheme="majorHAnsi" w:cstheme="majorHAnsi"/>
          <w:b/>
          <w:bCs/>
          <w:szCs w:val="24"/>
        </w:rPr>
      </w:pPr>
      <w:r w:rsidRPr="009812F8">
        <w:rPr>
          <w:rFonts w:asciiTheme="majorHAnsi" w:hAnsiTheme="majorHAnsi" w:cstheme="majorHAnsi"/>
          <w:b/>
          <w:bCs/>
          <w:szCs w:val="24"/>
        </w:rPr>
        <w:lastRenderedPageBreak/>
        <w:t>REKREAČNÍ VYUŽITÍ</w:t>
      </w:r>
    </w:p>
    <w:p w14:paraId="48408D40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Parkoviště</w:t>
      </w:r>
      <w:proofErr w:type="spellEnd"/>
      <w:r w:rsidRPr="009812F8">
        <w:rPr>
          <w:rFonts w:asciiTheme="majorHAnsi" w:hAnsiTheme="majorHAnsi" w:cstheme="majorHAnsi"/>
        </w:rPr>
        <w:t xml:space="preserve">: </w:t>
      </w:r>
      <w:proofErr w:type="spellStart"/>
      <w:r w:rsidRPr="009812F8">
        <w:rPr>
          <w:rFonts w:asciiTheme="majorHAnsi" w:hAnsiTheme="majorHAnsi" w:cstheme="majorHAnsi"/>
        </w:rPr>
        <w:t>Při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komunikaci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mělo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být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vybudováno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vsakovací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odstavné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parkoviště</w:t>
      </w:r>
      <w:proofErr w:type="spellEnd"/>
      <w:r w:rsidRPr="009812F8">
        <w:rPr>
          <w:rFonts w:asciiTheme="majorHAnsi" w:hAnsiTheme="majorHAnsi" w:cstheme="majorHAnsi"/>
        </w:rPr>
        <w:t xml:space="preserve"> pro </w:t>
      </w:r>
      <w:proofErr w:type="spellStart"/>
      <w:r w:rsidRPr="009812F8">
        <w:rPr>
          <w:rFonts w:asciiTheme="majorHAnsi" w:hAnsiTheme="majorHAnsi" w:cstheme="majorHAnsi"/>
        </w:rPr>
        <w:t>návštěvníky</w:t>
      </w:r>
      <w:proofErr w:type="spellEnd"/>
      <w:r w:rsidRPr="009812F8">
        <w:rPr>
          <w:rFonts w:asciiTheme="majorHAnsi" w:hAnsiTheme="majorHAnsi" w:cstheme="majorHAnsi"/>
        </w:rPr>
        <w:t xml:space="preserve">. Toto </w:t>
      </w:r>
      <w:proofErr w:type="spellStart"/>
      <w:r w:rsidRPr="009812F8">
        <w:rPr>
          <w:rFonts w:asciiTheme="majorHAnsi" w:hAnsiTheme="majorHAnsi" w:cstheme="majorHAnsi"/>
        </w:rPr>
        <w:t>parkoviště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bylo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veřejnosti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r w:rsidRPr="009812F8">
        <w:rPr>
          <w:rFonts w:asciiTheme="majorHAnsi" w:hAnsiTheme="majorHAnsi" w:cstheme="majorHAnsi"/>
        </w:rPr>
        <w:t>k </w:t>
      </w:r>
      <w:proofErr w:type="spellStart"/>
      <w:r w:rsidRPr="009812F8">
        <w:rPr>
          <w:rFonts w:asciiTheme="majorHAnsi" w:hAnsiTheme="majorHAnsi" w:cstheme="majorHAnsi"/>
        </w:rPr>
        <w:t>dispozici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zdarma</w:t>
      </w:r>
      <w:proofErr w:type="spellEnd"/>
      <w:r w:rsidRPr="009812F8">
        <w:rPr>
          <w:rFonts w:asciiTheme="majorHAnsi" w:hAnsiTheme="majorHAnsi" w:cstheme="majorHAnsi"/>
        </w:rPr>
        <w:t xml:space="preserve">. </w:t>
      </w:r>
      <w:proofErr w:type="spellStart"/>
      <w:r w:rsidRPr="009812F8">
        <w:rPr>
          <w:rFonts w:asciiTheme="majorHAnsi" w:hAnsiTheme="majorHAnsi" w:cstheme="majorHAnsi"/>
        </w:rPr>
        <w:t>Vedle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parkoviště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byl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vybudován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krytý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celodřevěný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altánek</w:t>
      </w:r>
      <w:proofErr w:type="spellEnd"/>
      <w:r w:rsidRPr="009812F8">
        <w:rPr>
          <w:rFonts w:asciiTheme="majorHAnsi" w:hAnsiTheme="majorHAnsi" w:cstheme="majorHAnsi"/>
        </w:rPr>
        <w:t>, s </w:t>
      </w:r>
      <w:proofErr w:type="spellStart"/>
      <w:r w:rsidRPr="009812F8">
        <w:rPr>
          <w:rFonts w:asciiTheme="majorHAnsi" w:hAnsiTheme="majorHAnsi" w:cstheme="majorHAnsi"/>
        </w:rPr>
        <w:t>možností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posezení</w:t>
      </w:r>
      <w:proofErr w:type="spellEnd"/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lavice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stoly</w:t>
      </w:r>
      <w:proofErr w:type="spellEnd"/>
      <w:r w:rsidRPr="009812F8">
        <w:rPr>
          <w:rFonts w:asciiTheme="majorHAnsi" w:hAnsiTheme="majorHAnsi" w:cstheme="majorHAnsi"/>
        </w:rPr>
        <w:t xml:space="preserve">). </w:t>
      </w:r>
    </w:p>
    <w:p w14:paraId="6F77AE82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Altánek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byl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celodřevěný</w:t>
      </w:r>
      <w:proofErr w:type="spellEnd"/>
      <w:r w:rsidRPr="009812F8">
        <w:rPr>
          <w:rFonts w:asciiTheme="majorHAnsi" w:hAnsiTheme="majorHAnsi" w:cstheme="majorHAnsi"/>
        </w:rPr>
        <w:t>, s </w:t>
      </w:r>
      <w:proofErr w:type="spellStart"/>
      <w:r w:rsidRPr="009812F8">
        <w:rPr>
          <w:rFonts w:asciiTheme="majorHAnsi" w:hAnsiTheme="majorHAnsi" w:cstheme="majorHAnsi"/>
        </w:rPr>
        <w:t>minimem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kovových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prvků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mohl</w:t>
      </w:r>
      <w:proofErr w:type="spellEnd"/>
      <w:r w:rsidRPr="009812F8">
        <w:rPr>
          <w:rFonts w:asciiTheme="majorHAnsi" w:hAnsiTheme="majorHAnsi" w:cstheme="majorHAnsi"/>
        </w:rPr>
        <w:t xml:space="preserve"> by se </w:t>
      </w:r>
      <w:proofErr w:type="spellStart"/>
      <w:r w:rsidRPr="009812F8">
        <w:rPr>
          <w:rFonts w:asciiTheme="majorHAnsi" w:hAnsiTheme="majorHAnsi" w:cstheme="majorHAnsi"/>
        </w:rPr>
        <w:t>inspirovat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některým</w:t>
      </w:r>
      <w:proofErr w:type="spellEnd"/>
      <w:r w:rsidRPr="009812F8">
        <w:rPr>
          <w:rFonts w:asciiTheme="majorHAnsi" w:hAnsiTheme="majorHAnsi" w:cstheme="majorHAnsi"/>
        </w:rPr>
        <w:t xml:space="preserve"> z </w:t>
      </w:r>
      <w:proofErr w:type="spellStart"/>
      <w:r w:rsidRPr="009812F8">
        <w:rPr>
          <w:rFonts w:asciiTheme="majorHAnsi" w:hAnsiTheme="majorHAnsi" w:cstheme="majorHAnsi"/>
        </w:rPr>
        <w:t>památkově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chráněných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altánů</w:t>
      </w:r>
      <w:proofErr w:type="spellEnd"/>
      <w:r w:rsidRPr="009812F8">
        <w:rPr>
          <w:rFonts w:asciiTheme="majorHAnsi" w:hAnsiTheme="majorHAnsi" w:cstheme="majorHAnsi"/>
        </w:rPr>
        <w:t xml:space="preserve"> z </w:t>
      </w:r>
      <w:proofErr w:type="spellStart"/>
      <w:r w:rsidRPr="009812F8">
        <w:rPr>
          <w:rFonts w:asciiTheme="majorHAnsi" w:hAnsiTheme="majorHAnsi" w:cstheme="majorHAnsi"/>
        </w:rPr>
        <w:t>regionu</w:t>
      </w:r>
      <w:proofErr w:type="spellEnd"/>
      <w:r w:rsidRPr="009812F8">
        <w:rPr>
          <w:rFonts w:asciiTheme="majorHAnsi" w:hAnsiTheme="majorHAnsi" w:cstheme="majorHAnsi"/>
        </w:rPr>
        <w:t>.</w:t>
      </w:r>
    </w:p>
    <w:p w14:paraId="5D6E9E65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Okolí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altánku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bylo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doplněno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místem</w:t>
      </w:r>
      <w:proofErr w:type="spellEnd"/>
      <w:r w:rsidRPr="009812F8">
        <w:rPr>
          <w:rFonts w:asciiTheme="majorHAnsi" w:hAnsiTheme="majorHAnsi" w:cstheme="majorHAnsi"/>
        </w:rPr>
        <w:t xml:space="preserve"> pro </w:t>
      </w:r>
      <w:proofErr w:type="spellStart"/>
      <w:r w:rsidRPr="009812F8">
        <w:rPr>
          <w:rFonts w:asciiTheme="majorHAnsi" w:hAnsiTheme="majorHAnsi" w:cstheme="majorHAnsi"/>
        </w:rPr>
        <w:t>děti</w:t>
      </w:r>
      <w:proofErr w:type="spellEnd"/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pískoviště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prolézačky</w:t>
      </w:r>
      <w:proofErr w:type="spellEnd"/>
      <w:r w:rsidR="006C1115" w:rsidRPr="009812F8">
        <w:rPr>
          <w:rFonts w:asciiTheme="majorHAnsi" w:hAnsiTheme="majorHAnsi" w:cstheme="majorHAnsi"/>
        </w:rPr>
        <w:t xml:space="preserve">, </w:t>
      </w:r>
      <w:proofErr w:type="spellStart"/>
      <w:r w:rsidR="006C1115" w:rsidRPr="009812F8">
        <w:rPr>
          <w:rFonts w:asciiTheme="majorHAnsi" w:hAnsiTheme="majorHAnsi" w:cstheme="majorHAnsi"/>
        </w:rPr>
        <w:t>bezpečné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herní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prvky</w:t>
      </w:r>
      <w:proofErr w:type="spellEnd"/>
      <w:r w:rsidRPr="009812F8">
        <w:rPr>
          <w:rFonts w:asciiTheme="majorHAnsi" w:hAnsiTheme="majorHAnsi" w:cstheme="majorHAnsi"/>
        </w:rPr>
        <w:t>).</w:t>
      </w:r>
    </w:p>
    <w:p w14:paraId="77BF7B8E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Poblíž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parkoviště</w:t>
      </w:r>
      <w:proofErr w:type="spellEnd"/>
      <w:r w:rsidRPr="009812F8">
        <w:rPr>
          <w:rFonts w:asciiTheme="majorHAnsi" w:hAnsiTheme="majorHAnsi" w:cstheme="majorHAnsi"/>
        </w:rPr>
        <w:t xml:space="preserve"> by se </w:t>
      </w:r>
      <w:proofErr w:type="spellStart"/>
      <w:r w:rsidRPr="009812F8">
        <w:rPr>
          <w:rFonts w:asciiTheme="majorHAnsi" w:hAnsiTheme="majorHAnsi" w:cstheme="majorHAnsi"/>
        </w:rPr>
        <w:t>nacházela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informační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cedule</w:t>
      </w:r>
      <w:proofErr w:type="spellEnd"/>
      <w:r w:rsidRPr="009812F8">
        <w:rPr>
          <w:rFonts w:asciiTheme="majorHAnsi" w:hAnsiTheme="majorHAnsi" w:cstheme="majorHAnsi"/>
        </w:rPr>
        <w:t xml:space="preserve"> se </w:t>
      </w:r>
      <w:proofErr w:type="spellStart"/>
      <w:r w:rsidRPr="009812F8">
        <w:rPr>
          <w:rFonts w:asciiTheme="majorHAnsi" w:hAnsiTheme="majorHAnsi" w:cstheme="majorHAnsi"/>
        </w:rPr>
        <w:t>souhrnnými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informacemi</w:t>
      </w:r>
      <w:proofErr w:type="spellEnd"/>
      <w:r w:rsidRPr="009812F8">
        <w:rPr>
          <w:rFonts w:asciiTheme="majorHAnsi" w:hAnsiTheme="majorHAnsi" w:cstheme="majorHAnsi"/>
        </w:rPr>
        <w:t xml:space="preserve"> o </w:t>
      </w:r>
      <w:proofErr w:type="spellStart"/>
      <w:r w:rsidRPr="009812F8">
        <w:rPr>
          <w:rFonts w:asciiTheme="majorHAnsi" w:hAnsiTheme="majorHAnsi" w:cstheme="majorHAnsi"/>
        </w:rPr>
        <w:t>využívání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Křenkovy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zahrady</w:t>
      </w:r>
      <w:proofErr w:type="spellEnd"/>
      <w:r w:rsidRPr="009812F8">
        <w:rPr>
          <w:rFonts w:asciiTheme="majorHAnsi" w:hAnsiTheme="majorHAnsi" w:cstheme="majorHAnsi"/>
        </w:rPr>
        <w:t xml:space="preserve">. Tedy </w:t>
      </w:r>
      <w:proofErr w:type="spellStart"/>
      <w:r w:rsidRPr="009812F8">
        <w:rPr>
          <w:rFonts w:asciiTheme="majorHAnsi" w:hAnsiTheme="majorHAnsi" w:cstheme="majorHAnsi"/>
        </w:rPr>
        <w:t>základními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historickými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údaji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popisem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ovocného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sadu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popisem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důležitosti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sadů</w:t>
      </w:r>
      <w:proofErr w:type="spellEnd"/>
      <w:r w:rsidRPr="009812F8">
        <w:rPr>
          <w:rFonts w:asciiTheme="majorHAnsi" w:hAnsiTheme="majorHAnsi" w:cstheme="majorHAnsi"/>
        </w:rPr>
        <w:t xml:space="preserve"> pro </w:t>
      </w:r>
      <w:proofErr w:type="spellStart"/>
      <w:r w:rsidRPr="009812F8">
        <w:rPr>
          <w:rFonts w:asciiTheme="majorHAnsi" w:hAnsiTheme="majorHAnsi" w:cstheme="majorHAnsi"/>
        </w:rPr>
        <w:t>přírodu</w:t>
      </w:r>
      <w:proofErr w:type="spellEnd"/>
      <w:r w:rsidRPr="009812F8">
        <w:rPr>
          <w:rFonts w:asciiTheme="majorHAnsi" w:hAnsiTheme="majorHAnsi" w:cstheme="majorHAnsi"/>
        </w:rPr>
        <w:t xml:space="preserve">. </w:t>
      </w:r>
      <w:proofErr w:type="spellStart"/>
      <w:r w:rsidRPr="009812F8">
        <w:rPr>
          <w:rFonts w:asciiTheme="majorHAnsi" w:hAnsiTheme="majorHAnsi" w:cstheme="majorHAnsi"/>
        </w:rPr>
        <w:t>Dále</w:t>
      </w:r>
      <w:proofErr w:type="spellEnd"/>
      <w:r w:rsidRPr="009812F8">
        <w:rPr>
          <w:rFonts w:asciiTheme="majorHAnsi" w:hAnsiTheme="majorHAnsi" w:cstheme="majorHAnsi"/>
        </w:rPr>
        <w:t xml:space="preserve"> s </w:t>
      </w:r>
      <w:proofErr w:type="spellStart"/>
      <w:r w:rsidRPr="009812F8">
        <w:rPr>
          <w:rFonts w:asciiTheme="majorHAnsi" w:hAnsiTheme="majorHAnsi" w:cstheme="majorHAnsi"/>
        </w:rPr>
        <w:t>vysvětlením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ekologické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funkce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lesa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květnaté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louky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včel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apod</w:t>
      </w:r>
      <w:proofErr w:type="spellEnd"/>
      <w:r w:rsidRPr="009812F8">
        <w:rPr>
          <w:rFonts w:asciiTheme="majorHAnsi" w:hAnsiTheme="majorHAnsi" w:cstheme="majorHAnsi"/>
        </w:rPr>
        <w:t xml:space="preserve">. </w:t>
      </w:r>
      <w:proofErr w:type="spellStart"/>
      <w:r w:rsidRPr="009812F8">
        <w:rPr>
          <w:rFonts w:asciiTheme="majorHAnsi" w:hAnsiTheme="majorHAnsi" w:cstheme="majorHAnsi"/>
        </w:rPr>
        <w:t>Součástí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byla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mapa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Křenkovy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zahrady</w:t>
      </w:r>
      <w:proofErr w:type="spellEnd"/>
      <w:r w:rsidRPr="009812F8">
        <w:rPr>
          <w:rFonts w:asciiTheme="majorHAnsi" w:hAnsiTheme="majorHAnsi" w:cstheme="majorHAnsi"/>
        </w:rPr>
        <w:t>.</w:t>
      </w:r>
    </w:p>
    <w:p w14:paraId="07F3E1E3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Cyklostezka</w:t>
      </w:r>
      <w:proofErr w:type="spellEnd"/>
      <w:r w:rsidRPr="009812F8">
        <w:rPr>
          <w:rFonts w:asciiTheme="majorHAnsi" w:hAnsiTheme="majorHAnsi" w:cstheme="majorHAnsi"/>
        </w:rPr>
        <w:t xml:space="preserve">: V </w:t>
      </w:r>
      <w:proofErr w:type="spellStart"/>
      <w:r w:rsidRPr="009812F8">
        <w:rPr>
          <w:rFonts w:asciiTheme="majorHAnsi" w:hAnsiTheme="majorHAnsi" w:cstheme="majorHAnsi"/>
        </w:rPr>
        <w:t>návaznosti</w:t>
      </w:r>
      <w:proofErr w:type="spellEnd"/>
      <w:r w:rsidRPr="009812F8">
        <w:rPr>
          <w:rFonts w:asciiTheme="majorHAnsi" w:hAnsiTheme="majorHAnsi" w:cstheme="majorHAnsi"/>
        </w:rPr>
        <w:t xml:space="preserve"> a k </w:t>
      </w:r>
      <w:proofErr w:type="spellStart"/>
      <w:r w:rsidRPr="009812F8">
        <w:rPr>
          <w:rFonts w:asciiTheme="majorHAnsi" w:hAnsiTheme="majorHAnsi" w:cstheme="majorHAnsi"/>
        </w:rPr>
        <w:t>propojení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cyklotrasy</w:t>
      </w:r>
      <w:proofErr w:type="spellEnd"/>
      <w:r w:rsidRPr="009812F8">
        <w:rPr>
          <w:rFonts w:asciiTheme="majorHAnsi" w:hAnsiTheme="majorHAnsi" w:cstheme="majorHAnsi"/>
        </w:rPr>
        <w:t xml:space="preserve"> z </w:t>
      </w:r>
      <w:proofErr w:type="spellStart"/>
      <w:r w:rsidRPr="009812F8">
        <w:rPr>
          <w:rFonts w:asciiTheme="majorHAnsi" w:hAnsiTheme="majorHAnsi" w:cstheme="majorHAnsi"/>
        </w:rPr>
        <w:t>Frenštátu</w:t>
      </w:r>
      <w:proofErr w:type="spellEnd"/>
      <w:r w:rsidRPr="009812F8">
        <w:rPr>
          <w:rFonts w:asciiTheme="majorHAnsi" w:hAnsiTheme="majorHAnsi" w:cstheme="majorHAnsi"/>
        </w:rPr>
        <w:t xml:space="preserve"> p. R. a </w:t>
      </w:r>
      <w:proofErr w:type="spellStart"/>
      <w:r w:rsidRPr="009812F8">
        <w:rPr>
          <w:rFonts w:asciiTheme="majorHAnsi" w:hAnsiTheme="majorHAnsi" w:cstheme="majorHAnsi"/>
        </w:rPr>
        <w:t>Tiché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zde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vnikl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kratší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úsek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cyklostezky</w:t>
      </w:r>
      <w:proofErr w:type="spellEnd"/>
      <w:r w:rsidRPr="009812F8">
        <w:rPr>
          <w:rFonts w:asciiTheme="majorHAnsi" w:hAnsiTheme="majorHAnsi" w:cstheme="majorHAnsi"/>
        </w:rPr>
        <w:t>.</w:t>
      </w:r>
    </w:p>
    <w:p w14:paraId="322D7923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</w:rPr>
        <w:t xml:space="preserve">Na </w:t>
      </w:r>
      <w:proofErr w:type="spellStart"/>
      <w:r w:rsidRPr="009812F8">
        <w:rPr>
          <w:rFonts w:asciiTheme="majorHAnsi" w:hAnsiTheme="majorHAnsi" w:cstheme="majorHAnsi"/>
        </w:rPr>
        <w:t>několika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místech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podél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chodníčků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byly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umístěny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lavičky</w:t>
      </w:r>
      <w:proofErr w:type="spellEnd"/>
      <w:r w:rsidR="006C1115" w:rsidRPr="009812F8">
        <w:rPr>
          <w:rFonts w:asciiTheme="majorHAnsi" w:hAnsiTheme="majorHAnsi" w:cstheme="majorHAnsi"/>
        </w:rPr>
        <w:t xml:space="preserve"> a </w:t>
      </w:r>
      <w:proofErr w:type="spellStart"/>
      <w:r w:rsidR="006C1115" w:rsidRPr="009812F8">
        <w:rPr>
          <w:rFonts w:asciiTheme="majorHAnsi" w:hAnsiTheme="majorHAnsi" w:cstheme="majorHAnsi"/>
        </w:rPr>
        <w:t>stoly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sloužící</w:t>
      </w:r>
      <w:proofErr w:type="spellEnd"/>
      <w:r w:rsidR="006C1115" w:rsidRPr="009812F8">
        <w:rPr>
          <w:rFonts w:asciiTheme="majorHAnsi" w:hAnsiTheme="majorHAnsi" w:cstheme="majorHAnsi"/>
        </w:rPr>
        <w:t xml:space="preserve"> k </w:t>
      </w:r>
      <w:proofErr w:type="spellStart"/>
      <w:r w:rsidRPr="009812F8">
        <w:rPr>
          <w:rFonts w:asciiTheme="majorHAnsi" w:hAnsiTheme="majorHAnsi" w:cstheme="majorHAnsi"/>
        </w:rPr>
        <w:t>odpočink</w:t>
      </w:r>
      <w:r w:rsidR="006C1115" w:rsidRPr="009812F8">
        <w:rPr>
          <w:rFonts w:asciiTheme="majorHAnsi" w:hAnsiTheme="majorHAnsi" w:cstheme="majorHAnsi"/>
        </w:rPr>
        <w:t>u</w:t>
      </w:r>
      <w:proofErr w:type="spellEnd"/>
      <w:r w:rsidRPr="009812F8">
        <w:rPr>
          <w:rFonts w:asciiTheme="majorHAnsi" w:hAnsiTheme="majorHAnsi" w:cstheme="majorHAnsi"/>
        </w:rPr>
        <w:t>.</w:t>
      </w:r>
      <w:r w:rsidR="006C1115" w:rsidRPr="009812F8">
        <w:rPr>
          <w:rFonts w:asciiTheme="majorHAnsi" w:hAnsiTheme="majorHAnsi" w:cstheme="majorHAnsi"/>
        </w:rPr>
        <w:t xml:space="preserve"> </w:t>
      </w:r>
      <w:r w:rsidR="006C1115" w:rsidRPr="009812F8">
        <w:rPr>
          <w:rFonts w:asciiTheme="majorHAnsi" w:hAnsiTheme="majorHAnsi" w:cstheme="majorHAnsi"/>
          <w:lang w:val="pl-PL"/>
        </w:rPr>
        <w:t>Tyto odpočinkové místa by byla doplněny odpadními koši v podobném desingu.</w:t>
      </w:r>
    </w:p>
    <w:p w14:paraId="158D0BFC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 xml:space="preserve">Od laviček by vedly vedlejší větve chodníčků směrem do louky, k mokřadům. Tyto vedlejší chodníčky by byly </w:t>
      </w:r>
      <w:r w:rsidR="006C1115" w:rsidRPr="009812F8">
        <w:rPr>
          <w:rFonts w:asciiTheme="majorHAnsi" w:hAnsiTheme="majorHAnsi" w:cstheme="majorHAnsi"/>
          <w:lang w:val="pl-PL"/>
        </w:rPr>
        <w:t xml:space="preserve">tzv. “mlatové”, nebo </w:t>
      </w:r>
      <w:r w:rsidRPr="009812F8">
        <w:rPr>
          <w:rFonts w:asciiTheme="majorHAnsi" w:hAnsiTheme="majorHAnsi" w:cstheme="majorHAnsi"/>
          <w:lang w:val="pl-PL"/>
        </w:rPr>
        <w:t>z volně ložených kamenů. Tyto kameny mají svůj význam nejen pro chodce, ale podporují i některé z druhů hmyzu (mravenců) protože absorbují sluneční záření a distribuují teplo pod zem.</w:t>
      </w:r>
    </w:p>
    <w:p w14:paraId="5F1174F9" w14:textId="77777777" w:rsidR="006C1115" w:rsidRPr="009812F8" w:rsidRDefault="006C1115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 xml:space="preserve">Kamenné zídky a ploty s štěrkopískovou plochou, která bude sloužit plazům a členovcům. </w:t>
      </w:r>
    </w:p>
    <w:p w14:paraId="3BC157AA" w14:textId="77777777" w:rsidR="00AF37B1" w:rsidRPr="009812F8" w:rsidRDefault="006C1115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9812F8">
        <w:rPr>
          <w:rFonts w:asciiTheme="majorHAnsi" w:hAnsiTheme="majorHAnsi" w:cstheme="majorHAnsi"/>
          <w:lang w:val="pl-PL"/>
        </w:rPr>
        <w:t xml:space="preserve">Součástí areálu by byly venkovní prostory určené jak pro odpočinek, tak i pro aktivní pohyb. </w:t>
      </w:r>
      <w:r w:rsidRPr="009812F8">
        <w:rPr>
          <w:rFonts w:asciiTheme="majorHAnsi" w:hAnsiTheme="majorHAnsi" w:cstheme="majorHAnsi"/>
        </w:rPr>
        <w:t>K </w:t>
      </w:r>
      <w:proofErr w:type="spellStart"/>
      <w:r w:rsidRPr="009812F8">
        <w:rPr>
          <w:rFonts w:asciiTheme="majorHAnsi" w:hAnsiTheme="majorHAnsi" w:cstheme="majorHAnsi"/>
        </w:rPr>
        <w:t>úvaze</w:t>
      </w:r>
      <w:proofErr w:type="spellEnd"/>
      <w:r w:rsidRPr="009812F8">
        <w:rPr>
          <w:rFonts w:asciiTheme="majorHAnsi" w:hAnsiTheme="majorHAnsi" w:cstheme="majorHAnsi"/>
        </w:rPr>
        <w:t xml:space="preserve"> je </w:t>
      </w:r>
      <w:proofErr w:type="spellStart"/>
      <w:r w:rsidRPr="009812F8">
        <w:rPr>
          <w:rFonts w:asciiTheme="majorHAnsi" w:hAnsiTheme="majorHAnsi" w:cstheme="majorHAnsi"/>
        </w:rPr>
        <w:t>osazení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chodníčků</w:t>
      </w:r>
      <w:proofErr w:type="spellEnd"/>
      <w:r w:rsidRPr="009812F8">
        <w:rPr>
          <w:rFonts w:asciiTheme="majorHAnsi" w:hAnsiTheme="majorHAnsi" w:cstheme="majorHAnsi"/>
        </w:rPr>
        <w:t xml:space="preserve"> o </w:t>
      </w:r>
      <w:proofErr w:type="spellStart"/>
      <w:r w:rsidRPr="009812F8">
        <w:rPr>
          <w:rFonts w:asciiTheme="majorHAnsi" w:hAnsiTheme="majorHAnsi" w:cstheme="majorHAnsi"/>
        </w:rPr>
        <w:t>venkovní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sportovní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stroje</w:t>
      </w:r>
      <w:proofErr w:type="spellEnd"/>
      <w:r w:rsidRPr="009812F8">
        <w:rPr>
          <w:rFonts w:asciiTheme="majorHAnsi" w:hAnsiTheme="majorHAnsi" w:cstheme="majorHAnsi"/>
        </w:rPr>
        <w:t>.</w:t>
      </w:r>
    </w:p>
    <w:p w14:paraId="4E5A5AC8" w14:textId="77777777" w:rsidR="00B127C8" w:rsidRPr="009812F8" w:rsidRDefault="00B127C8" w:rsidP="00BB6B05">
      <w:pPr>
        <w:jc w:val="both"/>
        <w:rPr>
          <w:rFonts w:asciiTheme="majorHAnsi" w:hAnsiTheme="majorHAnsi" w:cstheme="majorHAnsi"/>
          <w:b/>
          <w:bCs/>
          <w:szCs w:val="24"/>
        </w:rPr>
      </w:pPr>
    </w:p>
    <w:p w14:paraId="3B064C6F" w14:textId="76DB18FB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</w:rPr>
      </w:pPr>
      <w:r w:rsidRPr="009812F8">
        <w:rPr>
          <w:rFonts w:asciiTheme="majorHAnsi" w:hAnsiTheme="majorHAnsi" w:cstheme="majorHAnsi"/>
          <w:b/>
          <w:bCs/>
          <w:szCs w:val="24"/>
        </w:rPr>
        <w:t>VZDĚLÁVACÍ VYUŽITÍ</w:t>
      </w:r>
    </w:p>
    <w:p w14:paraId="05DA64F8" w14:textId="1A992FEA" w:rsidR="00AF37B1" w:rsidRPr="009812F8" w:rsidRDefault="00D675B2" w:rsidP="00B127C8">
      <w:pPr>
        <w:rPr>
          <w:rFonts w:asciiTheme="majorHAnsi" w:hAnsiTheme="majorHAnsi" w:cstheme="majorHAnsi"/>
        </w:rPr>
      </w:pPr>
      <w:r w:rsidRPr="009812F8">
        <w:rPr>
          <w:rFonts w:asciiTheme="majorHAnsi" w:hAnsiTheme="majorHAnsi" w:cstheme="majorHAnsi"/>
        </w:rPr>
        <w:t xml:space="preserve">V </w:t>
      </w:r>
      <w:proofErr w:type="spellStart"/>
      <w:r w:rsidRPr="009812F8">
        <w:rPr>
          <w:rFonts w:asciiTheme="majorHAnsi" w:hAnsiTheme="majorHAnsi" w:cstheme="majorHAnsi"/>
        </w:rPr>
        <w:t>rámci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edukačních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aktivit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bude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zahrnuta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také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možnost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pozorování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noční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oblohy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zejména</w:t>
      </w:r>
      <w:proofErr w:type="spellEnd"/>
      <w:r w:rsidRPr="009812F8">
        <w:rPr>
          <w:rFonts w:asciiTheme="majorHAnsi" w:hAnsiTheme="majorHAnsi" w:cstheme="majorHAnsi"/>
        </w:rPr>
        <w:t xml:space="preserve"> pro </w:t>
      </w:r>
      <w:proofErr w:type="spellStart"/>
      <w:r w:rsidRPr="009812F8">
        <w:rPr>
          <w:rFonts w:asciiTheme="majorHAnsi" w:hAnsiTheme="majorHAnsi" w:cstheme="majorHAnsi"/>
        </w:rPr>
        <w:t>školy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mládež</w:t>
      </w:r>
      <w:proofErr w:type="spellEnd"/>
      <w:r w:rsidRPr="009812F8">
        <w:rPr>
          <w:rFonts w:asciiTheme="majorHAnsi" w:hAnsiTheme="majorHAnsi" w:cstheme="majorHAnsi"/>
        </w:rPr>
        <w:t xml:space="preserve">. </w:t>
      </w:r>
      <w:proofErr w:type="spellStart"/>
      <w:r w:rsidRPr="009812F8">
        <w:rPr>
          <w:rFonts w:asciiTheme="majorHAnsi" w:hAnsiTheme="majorHAnsi" w:cstheme="majorHAnsi"/>
        </w:rPr>
        <w:t>Lokalita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nabízí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vhodné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podmínky</w:t>
      </w:r>
      <w:proofErr w:type="spellEnd"/>
      <w:r w:rsidRPr="009812F8">
        <w:rPr>
          <w:rFonts w:asciiTheme="majorHAnsi" w:hAnsiTheme="majorHAnsi" w:cstheme="majorHAnsi"/>
        </w:rPr>
        <w:t xml:space="preserve"> pro </w:t>
      </w:r>
      <w:proofErr w:type="spellStart"/>
      <w:r w:rsidR="006527CC" w:rsidRPr="009812F8">
        <w:rPr>
          <w:rFonts w:asciiTheme="majorHAnsi" w:hAnsiTheme="majorHAnsi" w:cstheme="majorHAnsi"/>
        </w:rPr>
        <w:t>večerní</w:t>
      </w:r>
      <w:proofErr w:type="spellEnd"/>
      <w:r w:rsidR="006527CC" w:rsidRPr="009812F8">
        <w:rPr>
          <w:rFonts w:asciiTheme="majorHAnsi" w:hAnsiTheme="majorHAnsi" w:cstheme="majorHAnsi"/>
        </w:rPr>
        <w:t xml:space="preserve"> </w:t>
      </w:r>
      <w:proofErr w:type="spellStart"/>
      <w:r w:rsidR="006527CC" w:rsidRPr="009812F8">
        <w:rPr>
          <w:rFonts w:asciiTheme="majorHAnsi" w:hAnsiTheme="majorHAnsi" w:cstheme="majorHAnsi"/>
        </w:rPr>
        <w:t>pozorování</w:t>
      </w:r>
      <w:proofErr w:type="spellEnd"/>
      <w:r w:rsidR="006527CC" w:rsidRPr="009812F8">
        <w:rPr>
          <w:rFonts w:asciiTheme="majorHAnsi" w:hAnsiTheme="majorHAnsi" w:cstheme="majorHAnsi"/>
        </w:rPr>
        <w:t xml:space="preserve">, a </w:t>
      </w:r>
      <w:proofErr w:type="spellStart"/>
      <w:r w:rsidR="006527CC" w:rsidRPr="009812F8">
        <w:rPr>
          <w:rFonts w:asciiTheme="majorHAnsi" w:hAnsiTheme="majorHAnsi" w:cstheme="majorHAnsi"/>
        </w:rPr>
        <w:t>seznámení</w:t>
      </w:r>
      <w:proofErr w:type="spellEnd"/>
      <w:r w:rsidR="006527CC" w:rsidRPr="009812F8">
        <w:rPr>
          <w:rFonts w:asciiTheme="majorHAnsi" w:hAnsiTheme="majorHAnsi" w:cstheme="majorHAnsi"/>
        </w:rPr>
        <w:t xml:space="preserve"> s </w:t>
      </w:r>
      <w:proofErr w:type="spellStart"/>
      <w:r w:rsidR="006527CC" w:rsidRPr="009812F8">
        <w:rPr>
          <w:rFonts w:asciiTheme="majorHAnsi" w:hAnsiTheme="majorHAnsi" w:cstheme="majorHAnsi"/>
        </w:rPr>
        <w:t>noční</w:t>
      </w:r>
      <w:proofErr w:type="spellEnd"/>
      <w:r w:rsidR="006527CC" w:rsidRPr="009812F8">
        <w:rPr>
          <w:rFonts w:asciiTheme="majorHAnsi" w:hAnsiTheme="majorHAnsi" w:cstheme="majorHAnsi"/>
        </w:rPr>
        <w:t xml:space="preserve"> </w:t>
      </w:r>
      <w:proofErr w:type="spellStart"/>
      <w:r w:rsidR="006527CC" w:rsidRPr="009812F8">
        <w:rPr>
          <w:rFonts w:asciiTheme="majorHAnsi" w:hAnsiTheme="majorHAnsi" w:cstheme="majorHAnsi"/>
        </w:rPr>
        <w:t>přírodou</w:t>
      </w:r>
      <w:proofErr w:type="spellEnd"/>
      <w:r w:rsidR="006527CC"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díky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omezenému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světelnému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smogu</w:t>
      </w:r>
      <w:proofErr w:type="spellEnd"/>
      <w:r w:rsidRPr="009812F8">
        <w:rPr>
          <w:rFonts w:asciiTheme="majorHAnsi" w:hAnsiTheme="majorHAnsi" w:cstheme="majorHAnsi"/>
        </w:rPr>
        <w:t>.</w:t>
      </w:r>
    </w:p>
    <w:p w14:paraId="05F4A3F1" w14:textId="777F3E9A" w:rsidR="0086426B" w:rsidRPr="009812F8" w:rsidRDefault="0086426B" w:rsidP="0086426B">
      <w:pPr>
        <w:ind w:left="1080"/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Registrovaný</w:t>
      </w:r>
      <w:proofErr w:type="spellEnd"/>
      <w:r w:rsidRPr="009812F8">
        <w:rPr>
          <w:rFonts w:asciiTheme="majorHAnsi" w:hAnsiTheme="majorHAnsi" w:cstheme="majorHAnsi"/>
        </w:rPr>
        <w:t xml:space="preserve"> Významný </w:t>
      </w:r>
      <w:proofErr w:type="spellStart"/>
      <w:r w:rsidRPr="009812F8">
        <w:rPr>
          <w:rFonts w:asciiTheme="majorHAnsi" w:hAnsiTheme="majorHAnsi" w:cstheme="majorHAnsi"/>
        </w:rPr>
        <w:t>krajinný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prvek</w:t>
      </w:r>
      <w:proofErr w:type="spellEnd"/>
      <w:r w:rsidRPr="009812F8">
        <w:rPr>
          <w:rFonts w:asciiTheme="majorHAnsi" w:hAnsiTheme="majorHAnsi" w:cstheme="majorHAnsi"/>
        </w:rPr>
        <w:t xml:space="preserve"> “</w:t>
      </w:r>
      <w:proofErr w:type="spellStart"/>
      <w:r w:rsidRPr="009812F8">
        <w:rPr>
          <w:rFonts w:asciiTheme="majorHAnsi" w:hAnsiTheme="majorHAnsi" w:cstheme="majorHAnsi"/>
        </w:rPr>
        <w:t>Křenkova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zahrada</w:t>
      </w:r>
      <w:proofErr w:type="spellEnd"/>
      <w:r w:rsidRPr="009812F8">
        <w:rPr>
          <w:rFonts w:asciiTheme="majorHAnsi" w:hAnsiTheme="majorHAnsi" w:cstheme="majorHAnsi"/>
        </w:rPr>
        <w:t>”</w:t>
      </w:r>
      <w:r w:rsidR="00D369CA" w:rsidRPr="009812F8">
        <w:rPr>
          <w:rFonts w:asciiTheme="majorHAnsi" w:hAnsiTheme="majorHAnsi" w:cstheme="majorHAnsi"/>
        </w:rPr>
        <w:t xml:space="preserve"> </w:t>
      </w:r>
      <w:r w:rsidRPr="009812F8">
        <w:rPr>
          <w:rFonts w:asciiTheme="majorHAnsi" w:hAnsiTheme="majorHAnsi" w:cstheme="majorHAnsi"/>
        </w:rPr>
        <w:t xml:space="preserve">s </w:t>
      </w:r>
      <w:proofErr w:type="spellStart"/>
      <w:r w:rsidRPr="009812F8">
        <w:rPr>
          <w:rFonts w:asciiTheme="majorHAnsi" w:hAnsiTheme="majorHAnsi" w:cstheme="majorHAnsi"/>
        </w:rPr>
        <w:t>pozoruhodnými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početnějšími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soubory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cizokrajných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jehličnanů</w:t>
      </w:r>
      <w:proofErr w:type="spellEnd"/>
      <w:r w:rsidRPr="009812F8">
        <w:rPr>
          <w:rFonts w:asciiTheme="majorHAnsi" w:hAnsiTheme="majorHAnsi" w:cstheme="majorHAnsi"/>
        </w:rPr>
        <w:t xml:space="preserve">: </w:t>
      </w:r>
      <w:proofErr w:type="spellStart"/>
      <w:r w:rsidRPr="009812F8">
        <w:rPr>
          <w:rFonts w:asciiTheme="majorHAnsi" w:hAnsiTheme="majorHAnsi" w:cstheme="majorHAnsi"/>
        </w:rPr>
        <w:t>douglaska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smrk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pichlavý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Engelmanův</w:t>
      </w:r>
      <w:proofErr w:type="spellEnd"/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horský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smrk</w:t>
      </w:r>
      <w:proofErr w:type="spellEnd"/>
      <w:r w:rsidRPr="009812F8">
        <w:rPr>
          <w:rFonts w:asciiTheme="majorHAnsi" w:hAnsiTheme="majorHAnsi" w:cstheme="majorHAnsi"/>
        </w:rPr>
        <w:t xml:space="preserve">), </w:t>
      </w:r>
      <w:proofErr w:type="spellStart"/>
      <w:r w:rsidRPr="009812F8">
        <w:rPr>
          <w:rFonts w:asciiTheme="majorHAnsi" w:hAnsiTheme="majorHAnsi" w:cstheme="majorHAnsi"/>
        </w:rPr>
        <w:t>sivý</w:t>
      </w:r>
      <w:proofErr w:type="spellEnd"/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nejsevernější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severoamerický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smrk</w:t>
      </w:r>
      <w:proofErr w:type="spellEnd"/>
      <w:r w:rsidRPr="009812F8">
        <w:rPr>
          <w:rFonts w:asciiTheme="majorHAnsi" w:hAnsiTheme="majorHAnsi" w:cstheme="majorHAnsi"/>
        </w:rPr>
        <w:t xml:space="preserve">) a </w:t>
      </w:r>
      <w:proofErr w:type="spellStart"/>
      <w:r w:rsidRPr="009812F8">
        <w:rPr>
          <w:rFonts w:asciiTheme="majorHAnsi" w:hAnsiTheme="majorHAnsi" w:cstheme="majorHAnsi"/>
        </w:rPr>
        <w:t>smrk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omorika</w:t>
      </w:r>
      <w:proofErr w:type="spellEnd"/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balkánský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endemit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na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původních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stanovištích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třetihorní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relikt</w:t>
      </w:r>
      <w:proofErr w:type="spellEnd"/>
      <w:r w:rsidRPr="009812F8">
        <w:rPr>
          <w:rFonts w:asciiTheme="majorHAnsi" w:hAnsiTheme="majorHAnsi" w:cstheme="majorHAnsi"/>
        </w:rPr>
        <w:t xml:space="preserve">), je </w:t>
      </w:r>
      <w:proofErr w:type="spellStart"/>
      <w:r w:rsidRPr="009812F8">
        <w:rPr>
          <w:rFonts w:asciiTheme="majorHAnsi" w:hAnsiTheme="majorHAnsi" w:cstheme="majorHAnsi"/>
        </w:rPr>
        <w:t>nutné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zachovat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nejcennější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jehličnaté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exoty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např</w:t>
      </w:r>
      <w:proofErr w:type="spellEnd"/>
      <w:r w:rsidRPr="009812F8">
        <w:rPr>
          <w:rFonts w:asciiTheme="majorHAnsi" w:hAnsiTheme="majorHAnsi" w:cstheme="majorHAnsi"/>
        </w:rPr>
        <w:t xml:space="preserve">. 15 </w:t>
      </w:r>
      <w:proofErr w:type="spellStart"/>
      <w:r w:rsidRPr="009812F8">
        <w:rPr>
          <w:rFonts w:asciiTheme="majorHAnsi" w:hAnsiTheme="majorHAnsi" w:cstheme="majorHAnsi"/>
        </w:rPr>
        <w:t>exemplářů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chráněných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tisů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dva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smrky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omorika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kavkazský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smrk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východní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r w:rsidR="00493E97">
        <w:rPr>
          <w:rFonts w:asciiTheme="majorHAnsi" w:hAnsiTheme="majorHAnsi" w:cstheme="majorHAnsi"/>
        </w:rPr>
        <w:t xml:space="preserve">a </w:t>
      </w:r>
      <w:proofErr w:type="spellStart"/>
      <w:r w:rsidRPr="009812F8">
        <w:rPr>
          <w:rFonts w:asciiTheme="majorHAnsi" w:hAnsiTheme="majorHAnsi" w:cstheme="majorHAnsi"/>
        </w:rPr>
        <w:t>východoasijsk</w:t>
      </w:r>
      <w:r w:rsidR="00493E97">
        <w:rPr>
          <w:rFonts w:asciiTheme="majorHAnsi" w:hAnsiTheme="majorHAnsi" w:cstheme="majorHAnsi"/>
        </w:rPr>
        <w:t>ý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modřín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japonsk</w:t>
      </w:r>
      <w:r w:rsidR="00493E97">
        <w:rPr>
          <w:rFonts w:asciiTheme="majorHAnsi" w:hAnsiTheme="majorHAnsi" w:cstheme="majorHAnsi"/>
        </w:rPr>
        <w:t>ý</w:t>
      </w:r>
      <w:proofErr w:type="spellEnd"/>
      <w:r w:rsidRPr="009812F8">
        <w:rPr>
          <w:rFonts w:asciiTheme="majorHAnsi" w:hAnsiTheme="majorHAnsi" w:cstheme="majorHAnsi"/>
        </w:rPr>
        <w:t xml:space="preserve"> (Larix </w:t>
      </w:r>
      <w:proofErr w:type="spellStart"/>
      <w:r w:rsidRPr="009812F8">
        <w:rPr>
          <w:rFonts w:asciiTheme="majorHAnsi" w:hAnsiTheme="majorHAnsi" w:cstheme="majorHAnsi"/>
        </w:rPr>
        <w:t>leptolepis</w:t>
      </w:r>
      <w:proofErr w:type="spellEnd"/>
      <w:r w:rsidRPr="009812F8">
        <w:rPr>
          <w:rFonts w:asciiTheme="majorHAnsi" w:hAnsiTheme="majorHAnsi" w:cstheme="majorHAnsi"/>
        </w:rPr>
        <w:t xml:space="preserve">). </w:t>
      </w:r>
    </w:p>
    <w:p w14:paraId="7E688046" w14:textId="65FB7033" w:rsidR="0086426B" w:rsidRPr="009812F8" w:rsidRDefault="0086426B" w:rsidP="0086426B">
      <w:pPr>
        <w:pStyle w:val="Seznamsodrkami3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Naučná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stezka</w:t>
      </w:r>
      <w:proofErr w:type="spellEnd"/>
      <w:r w:rsidRPr="009812F8">
        <w:rPr>
          <w:rFonts w:asciiTheme="majorHAnsi" w:hAnsiTheme="majorHAnsi" w:cstheme="majorHAnsi"/>
        </w:rPr>
        <w:t xml:space="preserve">: Ve </w:t>
      </w:r>
      <w:proofErr w:type="spellStart"/>
      <w:r w:rsidRPr="009812F8">
        <w:rPr>
          <w:rFonts w:asciiTheme="majorHAnsi" w:hAnsiTheme="majorHAnsi" w:cstheme="majorHAnsi"/>
        </w:rPr>
        <w:t>spolupráci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obcí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Kunčice</w:t>
      </w:r>
      <w:proofErr w:type="spellEnd"/>
      <w:r w:rsidRPr="009812F8">
        <w:rPr>
          <w:rFonts w:asciiTheme="majorHAnsi" w:hAnsiTheme="majorHAnsi" w:cstheme="majorHAnsi"/>
        </w:rPr>
        <w:t xml:space="preserve"> pod </w:t>
      </w:r>
      <w:proofErr w:type="spellStart"/>
      <w:r w:rsidRPr="009812F8">
        <w:rPr>
          <w:rFonts w:asciiTheme="majorHAnsi" w:hAnsiTheme="majorHAnsi" w:cstheme="majorHAnsi"/>
        </w:rPr>
        <w:t>Ondřejníkem</w:t>
      </w:r>
      <w:proofErr w:type="spellEnd"/>
      <w:r w:rsidRPr="009812F8">
        <w:rPr>
          <w:rFonts w:asciiTheme="majorHAnsi" w:hAnsiTheme="majorHAnsi" w:cstheme="majorHAnsi"/>
        </w:rPr>
        <w:t xml:space="preserve">, Tichá a </w:t>
      </w:r>
      <w:proofErr w:type="spellStart"/>
      <w:r w:rsidRPr="009812F8">
        <w:rPr>
          <w:rFonts w:asciiTheme="majorHAnsi" w:hAnsiTheme="majorHAnsi" w:cstheme="majorHAnsi"/>
        </w:rPr>
        <w:t>Frenštát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p.R.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byly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vybudovány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chodníčky</w:t>
      </w:r>
      <w:proofErr w:type="spellEnd"/>
      <w:r w:rsidRPr="009812F8">
        <w:rPr>
          <w:rFonts w:asciiTheme="majorHAnsi" w:hAnsiTheme="majorHAnsi" w:cstheme="majorHAnsi"/>
        </w:rPr>
        <w:t xml:space="preserve"> s </w:t>
      </w:r>
      <w:proofErr w:type="spellStart"/>
      <w:r w:rsidRPr="009812F8">
        <w:rPr>
          <w:rFonts w:asciiTheme="majorHAnsi" w:hAnsiTheme="majorHAnsi" w:cstheme="majorHAnsi"/>
        </w:rPr>
        <w:t>naučnými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tabulemi</w:t>
      </w:r>
      <w:proofErr w:type="spellEnd"/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naučná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stezka</w:t>
      </w:r>
      <w:proofErr w:type="spellEnd"/>
      <w:r w:rsidRPr="009812F8">
        <w:rPr>
          <w:rFonts w:asciiTheme="majorHAnsi" w:hAnsiTheme="majorHAnsi" w:cstheme="majorHAnsi"/>
        </w:rPr>
        <w:t xml:space="preserve">).  </w:t>
      </w:r>
    </w:p>
    <w:p w14:paraId="55266B05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9812F8">
        <w:rPr>
          <w:rFonts w:asciiTheme="majorHAnsi" w:hAnsiTheme="majorHAnsi" w:cstheme="majorHAnsi"/>
        </w:rPr>
        <w:t xml:space="preserve">Tyto </w:t>
      </w:r>
      <w:proofErr w:type="spellStart"/>
      <w:r w:rsidRPr="009812F8">
        <w:rPr>
          <w:rFonts w:asciiTheme="majorHAnsi" w:hAnsiTheme="majorHAnsi" w:cstheme="majorHAnsi"/>
        </w:rPr>
        <w:t>chodníčky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budou</w:t>
      </w:r>
      <w:proofErr w:type="spellEnd"/>
      <w:r w:rsidRPr="009812F8">
        <w:rPr>
          <w:rFonts w:asciiTheme="majorHAnsi" w:hAnsiTheme="majorHAnsi" w:cstheme="majorHAnsi"/>
        </w:rPr>
        <w:t xml:space="preserve">, v </w:t>
      </w:r>
      <w:proofErr w:type="spellStart"/>
      <w:r w:rsidRPr="009812F8">
        <w:rPr>
          <w:rFonts w:asciiTheme="majorHAnsi" w:hAnsiTheme="majorHAnsi" w:cstheme="majorHAnsi"/>
        </w:rPr>
        <w:t>souladu</w:t>
      </w:r>
      <w:proofErr w:type="spellEnd"/>
      <w:r w:rsidRPr="009812F8">
        <w:rPr>
          <w:rFonts w:asciiTheme="majorHAnsi" w:hAnsiTheme="majorHAnsi" w:cstheme="majorHAnsi"/>
        </w:rPr>
        <w:t xml:space="preserve"> se </w:t>
      </w:r>
      <w:proofErr w:type="spellStart"/>
      <w:r w:rsidRPr="009812F8">
        <w:rPr>
          <w:rFonts w:asciiTheme="majorHAnsi" w:hAnsiTheme="majorHAnsi" w:cstheme="majorHAnsi"/>
        </w:rPr>
        <w:t>zkušenostmi</w:t>
      </w:r>
      <w:proofErr w:type="spellEnd"/>
      <w:r w:rsidRPr="009812F8">
        <w:rPr>
          <w:rFonts w:asciiTheme="majorHAnsi" w:hAnsiTheme="majorHAnsi" w:cstheme="majorHAnsi"/>
        </w:rPr>
        <w:t xml:space="preserve"> z </w:t>
      </w:r>
      <w:proofErr w:type="spellStart"/>
      <w:r w:rsidRPr="009812F8">
        <w:rPr>
          <w:rFonts w:asciiTheme="majorHAnsi" w:hAnsiTheme="majorHAnsi" w:cstheme="majorHAnsi"/>
        </w:rPr>
        <w:t>obdobných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projektů</w:t>
      </w:r>
      <w:proofErr w:type="spellEnd"/>
      <w:r w:rsidRPr="009812F8">
        <w:rPr>
          <w:rFonts w:asciiTheme="majorHAnsi" w:hAnsiTheme="majorHAnsi" w:cstheme="majorHAnsi"/>
        </w:rPr>
        <w:t>, z </w:t>
      </w:r>
      <w:proofErr w:type="spellStart"/>
      <w:r w:rsidRPr="009812F8">
        <w:rPr>
          <w:rFonts w:asciiTheme="majorHAnsi" w:hAnsiTheme="majorHAnsi" w:cstheme="majorHAnsi"/>
        </w:rPr>
        <w:t>dusaného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či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mlatového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materiálu</w:t>
      </w:r>
      <w:proofErr w:type="spellEnd"/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nikoliv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dlážděné</w:t>
      </w:r>
      <w:proofErr w:type="spellEnd"/>
      <w:r w:rsidRPr="009812F8">
        <w:rPr>
          <w:rFonts w:asciiTheme="majorHAnsi" w:hAnsiTheme="majorHAnsi" w:cstheme="majorHAnsi"/>
        </w:rPr>
        <w:t>), s </w:t>
      </w:r>
      <w:proofErr w:type="spellStart"/>
      <w:r w:rsidRPr="009812F8">
        <w:rPr>
          <w:rFonts w:asciiTheme="majorHAnsi" w:hAnsiTheme="majorHAnsi" w:cstheme="majorHAnsi"/>
        </w:rPr>
        <w:t>železnou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obrubou</w:t>
      </w:r>
      <w:proofErr w:type="spellEnd"/>
      <w:r w:rsidRPr="009812F8">
        <w:rPr>
          <w:rFonts w:asciiTheme="majorHAnsi" w:hAnsiTheme="majorHAnsi" w:cstheme="majorHAnsi"/>
        </w:rPr>
        <w:t xml:space="preserve"> po </w:t>
      </w:r>
      <w:proofErr w:type="spellStart"/>
      <w:r w:rsidRPr="009812F8">
        <w:rPr>
          <w:rFonts w:asciiTheme="majorHAnsi" w:hAnsiTheme="majorHAnsi" w:cstheme="majorHAnsi"/>
        </w:rPr>
        <w:t>stranách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která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brání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vzniku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travních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drnů</w:t>
      </w:r>
      <w:proofErr w:type="spellEnd"/>
      <w:r w:rsidRPr="009812F8">
        <w:rPr>
          <w:rFonts w:asciiTheme="majorHAnsi" w:hAnsiTheme="majorHAnsi" w:cstheme="majorHAnsi"/>
        </w:rPr>
        <w:t>.</w:t>
      </w:r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Kratší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chodníčky</w:t>
      </w:r>
      <w:proofErr w:type="spellEnd"/>
      <w:r w:rsidR="006C1115" w:rsidRPr="009812F8">
        <w:rPr>
          <w:rFonts w:asciiTheme="majorHAnsi" w:hAnsiTheme="majorHAnsi" w:cstheme="majorHAnsi"/>
        </w:rPr>
        <w:t xml:space="preserve"> by </w:t>
      </w:r>
      <w:proofErr w:type="spellStart"/>
      <w:r w:rsidR="006C1115" w:rsidRPr="009812F8">
        <w:rPr>
          <w:rFonts w:asciiTheme="majorHAnsi" w:hAnsiTheme="majorHAnsi" w:cstheme="majorHAnsi"/>
        </w:rPr>
        <w:t>byly</w:t>
      </w:r>
      <w:proofErr w:type="spellEnd"/>
      <w:r w:rsidR="006C1115" w:rsidRPr="009812F8">
        <w:rPr>
          <w:rFonts w:asciiTheme="majorHAnsi" w:hAnsiTheme="majorHAnsi" w:cstheme="majorHAnsi"/>
        </w:rPr>
        <w:t xml:space="preserve"> z </w:t>
      </w:r>
      <w:proofErr w:type="spellStart"/>
      <w:r w:rsidR="006C1115" w:rsidRPr="009812F8">
        <w:rPr>
          <w:rFonts w:asciiTheme="majorHAnsi" w:hAnsiTheme="majorHAnsi" w:cstheme="majorHAnsi"/>
        </w:rPr>
        <w:t>volně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ložených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kamenů</w:t>
      </w:r>
      <w:proofErr w:type="spellEnd"/>
      <w:r w:rsidR="006C1115" w:rsidRPr="009812F8">
        <w:rPr>
          <w:rFonts w:asciiTheme="majorHAnsi" w:hAnsiTheme="majorHAnsi" w:cstheme="majorHAnsi"/>
        </w:rPr>
        <w:t>.</w:t>
      </w:r>
    </w:p>
    <w:p w14:paraId="3DE47103" w14:textId="1B751D73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lastRenderedPageBreak/>
        <w:t>Zachování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zpřístupnění</w:t>
      </w:r>
      <w:proofErr w:type="spellEnd"/>
      <w:r w:rsidRPr="009812F8">
        <w:rPr>
          <w:rFonts w:asciiTheme="majorHAnsi" w:hAnsiTheme="majorHAnsi" w:cstheme="majorHAnsi"/>
        </w:rPr>
        <w:t xml:space="preserve"> „</w:t>
      </w:r>
      <w:proofErr w:type="spellStart"/>
      <w:r w:rsidRPr="009812F8">
        <w:rPr>
          <w:rFonts w:asciiTheme="majorHAnsi" w:hAnsiTheme="majorHAnsi" w:cstheme="majorHAnsi"/>
        </w:rPr>
        <w:t>Kunčické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lípy</w:t>
      </w:r>
      <w:proofErr w:type="spellEnd"/>
      <w:r w:rsidRPr="009812F8">
        <w:rPr>
          <w:rFonts w:asciiTheme="majorHAnsi" w:hAnsiTheme="majorHAnsi" w:cstheme="majorHAnsi"/>
        </w:rPr>
        <w:t xml:space="preserve">“, </w:t>
      </w:r>
      <w:proofErr w:type="spellStart"/>
      <w:r w:rsidRPr="009812F8">
        <w:rPr>
          <w:rFonts w:asciiTheme="majorHAnsi" w:hAnsiTheme="majorHAnsi" w:cstheme="majorHAnsi"/>
        </w:rPr>
        <w:t>která</w:t>
      </w:r>
      <w:proofErr w:type="spellEnd"/>
      <w:r w:rsidRPr="009812F8">
        <w:rPr>
          <w:rFonts w:asciiTheme="majorHAnsi" w:hAnsiTheme="majorHAnsi" w:cstheme="majorHAnsi"/>
        </w:rPr>
        <w:t xml:space="preserve"> je s </w:t>
      </w:r>
      <w:proofErr w:type="spellStart"/>
      <w:r w:rsidRPr="009812F8">
        <w:rPr>
          <w:rFonts w:asciiTheme="majorHAnsi" w:hAnsiTheme="majorHAnsi" w:cstheme="majorHAnsi"/>
        </w:rPr>
        <w:t>obvodem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kmene</w:t>
      </w:r>
      <w:proofErr w:type="spellEnd"/>
      <w:r w:rsidRPr="009812F8">
        <w:rPr>
          <w:rFonts w:asciiTheme="majorHAnsi" w:hAnsiTheme="majorHAnsi" w:cstheme="majorHAnsi"/>
        </w:rPr>
        <w:t xml:space="preserve"> 6 </w:t>
      </w:r>
      <w:proofErr w:type="spellStart"/>
      <w:r w:rsidRPr="009812F8">
        <w:rPr>
          <w:rFonts w:asciiTheme="majorHAnsi" w:hAnsiTheme="majorHAnsi" w:cstheme="majorHAnsi"/>
        </w:rPr>
        <w:t>metrů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největší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lípou</w:t>
      </w:r>
      <w:proofErr w:type="spellEnd"/>
      <w:r w:rsidR="006C1115" w:rsidRPr="009812F8">
        <w:rPr>
          <w:rFonts w:asciiTheme="majorHAnsi" w:hAnsiTheme="majorHAnsi" w:cstheme="majorHAnsi"/>
        </w:rPr>
        <w:t xml:space="preserve"> (</w:t>
      </w:r>
      <w:proofErr w:type="spellStart"/>
      <w:r w:rsidR="006C1115" w:rsidRPr="009812F8">
        <w:rPr>
          <w:rFonts w:asciiTheme="majorHAnsi" w:hAnsiTheme="majorHAnsi" w:cstheme="majorHAnsi"/>
        </w:rPr>
        <w:t>stromem</w:t>
      </w:r>
      <w:proofErr w:type="spellEnd"/>
      <w:r w:rsidR="006C1115" w:rsidRPr="009812F8">
        <w:rPr>
          <w:rFonts w:asciiTheme="majorHAnsi" w:hAnsiTheme="majorHAnsi" w:cstheme="majorHAnsi"/>
        </w:rPr>
        <w:t xml:space="preserve">) </w:t>
      </w:r>
      <w:proofErr w:type="spellStart"/>
      <w:r w:rsidRPr="009812F8">
        <w:rPr>
          <w:rFonts w:asciiTheme="majorHAnsi" w:hAnsiTheme="majorHAnsi" w:cstheme="majorHAnsi"/>
        </w:rPr>
        <w:t>nejen</w:t>
      </w:r>
      <w:proofErr w:type="spellEnd"/>
      <w:r w:rsidRPr="009812F8">
        <w:rPr>
          <w:rFonts w:asciiTheme="majorHAnsi" w:hAnsiTheme="majorHAnsi" w:cstheme="majorHAnsi"/>
        </w:rPr>
        <w:t xml:space="preserve"> v </w:t>
      </w:r>
      <w:proofErr w:type="spellStart"/>
      <w:r w:rsidRPr="009812F8">
        <w:rPr>
          <w:rFonts w:asciiTheme="majorHAnsi" w:hAnsiTheme="majorHAnsi" w:cstheme="majorHAnsi"/>
        </w:rPr>
        <w:t>Kunčicích</w:t>
      </w:r>
      <w:proofErr w:type="spellEnd"/>
      <w:r w:rsidRPr="009812F8">
        <w:rPr>
          <w:rFonts w:asciiTheme="majorHAnsi" w:hAnsiTheme="majorHAnsi" w:cstheme="majorHAnsi"/>
        </w:rPr>
        <w:t xml:space="preserve">, ale </w:t>
      </w:r>
      <w:proofErr w:type="spellStart"/>
      <w:r w:rsidRPr="009812F8">
        <w:rPr>
          <w:rFonts w:asciiTheme="majorHAnsi" w:hAnsiTheme="majorHAnsi" w:cstheme="majorHAnsi"/>
        </w:rPr>
        <w:t>i</w:t>
      </w:r>
      <w:proofErr w:type="spellEnd"/>
      <w:r w:rsidRPr="009812F8">
        <w:rPr>
          <w:rFonts w:asciiTheme="majorHAnsi" w:hAnsiTheme="majorHAnsi" w:cstheme="majorHAnsi"/>
        </w:rPr>
        <w:t xml:space="preserve"> v </w:t>
      </w:r>
      <w:proofErr w:type="spellStart"/>
      <w:r w:rsidRPr="009812F8">
        <w:rPr>
          <w:rFonts w:asciiTheme="majorHAnsi" w:hAnsiTheme="majorHAnsi" w:cstheme="majorHAnsi"/>
        </w:rPr>
        <w:t>blízkém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okolí</w:t>
      </w:r>
      <w:proofErr w:type="spellEnd"/>
      <w:r w:rsidRPr="009812F8">
        <w:rPr>
          <w:rFonts w:asciiTheme="majorHAnsi" w:hAnsiTheme="majorHAnsi" w:cstheme="majorHAnsi"/>
        </w:rPr>
        <w:t>.</w:t>
      </w:r>
      <w:r w:rsidR="009812F8" w:rsidRPr="009812F8">
        <w:rPr>
          <w:rFonts w:asciiTheme="majorHAnsi" w:hAnsiTheme="majorHAnsi" w:cstheme="majorHAnsi"/>
        </w:rPr>
        <w:t xml:space="preserve"> Tato </w:t>
      </w:r>
      <w:proofErr w:type="spellStart"/>
      <w:r w:rsidR="009812F8" w:rsidRPr="009812F8">
        <w:rPr>
          <w:rFonts w:asciiTheme="majorHAnsi" w:hAnsiTheme="majorHAnsi" w:cstheme="majorHAnsi"/>
        </w:rPr>
        <w:t>lípa</w:t>
      </w:r>
      <w:proofErr w:type="spellEnd"/>
      <w:r w:rsidR="009812F8" w:rsidRPr="009812F8">
        <w:rPr>
          <w:rFonts w:asciiTheme="majorHAnsi" w:hAnsiTheme="majorHAnsi" w:cstheme="majorHAnsi"/>
        </w:rPr>
        <w:t xml:space="preserve"> se </w:t>
      </w:r>
      <w:proofErr w:type="spellStart"/>
      <w:r w:rsidR="009812F8" w:rsidRPr="009812F8">
        <w:rPr>
          <w:rFonts w:asciiTheme="majorHAnsi" w:hAnsiTheme="majorHAnsi" w:cstheme="majorHAnsi"/>
        </w:rPr>
        <w:t>nachází</w:t>
      </w:r>
      <w:proofErr w:type="spellEnd"/>
      <w:r w:rsidR="009812F8" w:rsidRPr="009812F8">
        <w:rPr>
          <w:rFonts w:asciiTheme="majorHAnsi" w:hAnsiTheme="majorHAnsi" w:cstheme="majorHAnsi"/>
        </w:rPr>
        <w:t xml:space="preserve"> </w:t>
      </w:r>
      <w:r w:rsidR="009812F8" w:rsidRPr="009812F8">
        <w:rPr>
          <w:rFonts w:asciiTheme="majorHAnsi" w:hAnsiTheme="majorHAnsi" w:cstheme="majorHAnsi"/>
          <w:lang w:val="cs-CZ"/>
        </w:rPr>
        <w:t xml:space="preserve">na pozemku </w:t>
      </w:r>
      <w:proofErr w:type="spellStart"/>
      <w:r w:rsidR="009812F8" w:rsidRPr="009812F8">
        <w:rPr>
          <w:rFonts w:asciiTheme="majorHAnsi" w:hAnsiTheme="majorHAnsi" w:cstheme="majorHAnsi"/>
          <w:lang w:val="cs-CZ"/>
        </w:rPr>
        <w:t>parc</w:t>
      </w:r>
      <w:proofErr w:type="spellEnd"/>
      <w:r w:rsidR="009812F8" w:rsidRPr="009812F8">
        <w:rPr>
          <w:rFonts w:asciiTheme="majorHAnsi" w:hAnsiTheme="majorHAnsi" w:cstheme="majorHAnsi"/>
          <w:lang w:val="cs-CZ"/>
        </w:rPr>
        <w:t>. č. 3202/4</w:t>
      </w:r>
      <w:r w:rsidR="009812F8" w:rsidRPr="009812F8">
        <w:rPr>
          <w:rFonts w:asciiTheme="majorHAnsi" w:hAnsiTheme="majorHAnsi" w:cstheme="majorHAnsi"/>
          <w:lang w:val="cs-CZ"/>
        </w:rPr>
        <w:t xml:space="preserve"> a její </w:t>
      </w:r>
      <w:r w:rsidR="009812F8" w:rsidRPr="009812F8">
        <w:rPr>
          <w:rFonts w:asciiTheme="majorHAnsi" w:hAnsiTheme="majorHAnsi" w:cstheme="majorHAnsi"/>
          <w:lang w:val="cs-CZ"/>
        </w:rPr>
        <w:t>ochrana byla vyhlášena ke dni 1. 7. 1991 vyhláškou Okresního úřadu ve Frýdku-Místku ze dne</w:t>
      </w:r>
      <w:r w:rsidR="009812F8" w:rsidRPr="009812F8">
        <w:rPr>
          <w:rFonts w:asciiTheme="majorHAnsi" w:hAnsiTheme="majorHAnsi" w:cstheme="majorHAnsi"/>
          <w:lang w:val="cs-CZ"/>
        </w:rPr>
        <w:t xml:space="preserve"> </w:t>
      </w:r>
      <w:r w:rsidR="009812F8" w:rsidRPr="009812F8">
        <w:rPr>
          <w:rFonts w:asciiTheme="majorHAnsi" w:hAnsiTheme="majorHAnsi" w:cstheme="majorHAnsi"/>
          <w:lang w:val="cs-CZ"/>
        </w:rPr>
        <w:t xml:space="preserve">3. 6. 1991. Dle </w:t>
      </w:r>
      <w:proofErr w:type="spellStart"/>
      <w:r w:rsidR="009812F8" w:rsidRPr="009812F8">
        <w:rPr>
          <w:rFonts w:asciiTheme="majorHAnsi" w:hAnsiTheme="majorHAnsi" w:cstheme="majorHAnsi"/>
          <w:lang w:val="cs-CZ"/>
        </w:rPr>
        <w:t>ust</w:t>
      </w:r>
      <w:proofErr w:type="spellEnd"/>
      <w:r w:rsidR="009812F8" w:rsidRPr="009812F8">
        <w:rPr>
          <w:rFonts w:asciiTheme="majorHAnsi" w:hAnsiTheme="majorHAnsi" w:cstheme="majorHAnsi"/>
          <w:lang w:val="cs-CZ"/>
        </w:rPr>
        <w:t>. § 46 zákona č. 114/1992 Sb</w:t>
      </w:r>
      <w:r w:rsidR="009812F8" w:rsidRPr="009812F8">
        <w:rPr>
          <w:rFonts w:asciiTheme="majorHAnsi" w:hAnsiTheme="majorHAnsi" w:cstheme="majorHAnsi"/>
          <w:lang w:val="cs-CZ"/>
        </w:rPr>
        <w:t>.</w:t>
      </w:r>
    </w:p>
    <w:p w14:paraId="7FD063E4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Menší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část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lesní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plochy</w:t>
      </w:r>
      <w:proofErr w:type="spellEnd"/>
      <w:r w:rsidRPr="009812F8">
        <w:rPr>
          <w:rFonts w:asciiTheme="majorHAnsi" w:hAnsiTheme="majorHAnsi" w:cstheme="majorHAnsi"/>
        </w:rPr>
        <w:t xml:space="preserve"> by </w:t>
      </w:r>
      <w:proofErr w:type="spellStart"/>
      <w:r w:rsidRPr="009812F8">
        <w:rPr>
          <w:rFonts w:asciiTheme="majorHAnsi" w:hAnsiTheme="majorHAnsi" w:cstheme="majorHAnsi"/>
        </w:rPr>
        <w:t>byla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vyčleněna</w:t>
      </w:r>
      <w:proofErr w:type="spellEnd"/>
      <w:r w:rsidRPr="009812F8">
        <w:rPr>
          <w:rFonts w:asciiTheme="majorHAnsi" w:hAnsiTheme="majorHAnsi" w:cstheme="majorHAnsi"/>
        </w:rPr>
        <w:t xml:space="preserve"> pro </w:t>
      </w:r>
      <w:proofErr w:type="spellStart"/>
      <w:r w:rsidRPr="009812F8">
        <w:rPr>
          <w:rFonts w:asciiTheme="majorHAnsi" w:hAnsiTheme="majorHAnsi" w:cstheme="majorHAnsi"/>
        </w:rPr>
        <w:t>obnovu</w:t>
      </w:r>
      <w:proofErr w:type="spellEnd"/>
      <w:r w:rsidRPr="009812F8">
        <w:rPr>
          <w:rFonts w:asciiTheme="majorHAnsi" w:hAnsiTheme="majorHAnsi" w:cstheme="majorHAnsi"/>
        </w:rPr>
        <w:t xml:space="preserve"> arboreta, aby se </w:t>
      </w:r>
      <w:proofErr w:type="spellStart"/>
      <w:r w:rsidRPr="009812F8">
        <w:rPr>
          <w:rFonts w:asciiTheme="majorHAnsi" w:hAnsiTheme="majorHAnsi" w:cstheme="majorHAnsi"/>
        </w:rPr>
        <w:t>zachoval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původní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záměr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prvních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majitelů</w:t>
      </w:r>
      <w:proofErr w:type="spellEnd"/>
      <w:r w:rsidR="006C1115" w:rsidRPr="009812F8">
        <w:rPr>
          <w:rFonts w:asciiTheme="majorHAnsi" w:hAnsiTheme="majorHAnsi" w:cstheme="majorHAnsi"/>
        </w:rPr>
        <w:t xml:space="preserve"> (</w:t>
      </w:r>
      <w:proofErr w:type="spellStart"/>
      <w:r w:rsidR="006C1115" w:rsidRPr="009812F8">
        <w:rPr>
          <w:rFonts w:asciiTheme="majorHAnsi" w:hAnsiTheme="majorHAnsi" w:cstheme="majorHAnsi"/>
        </w:rPr>
        <w:t>rodiny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továrníka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Křenka</w:t>
      </w:r>
      <w:proofErr w:type="spellEnd"/>
      <w:r w:rsidR="006C1115" w:rsidRPr="009812F8">
        <w:rPr>
          <w:rFonts w:asciiTheme="majorHAnsi" w:hAnsiTheme="majorHAnsi" w:cstheme="majorHAnsi"/>
        </w:rPr>
        <w:t>)</w:t>
      </w:r>
      <w:r w:rsidRPr="009812F8">
        <w:rPr>
          <w:rFonts w:asciiTheme="majorHAnsi" w:hAnsiTheme="majorHAnsi" w:cstheme="majorHAnsi"/>
        </w:rPr>
        <w:t>. A to s </w:t>
      </w:r>
      <w:proofErr w:type="spellStart"/>
      <w:r w:rsidRPr="009812F8">
        <w:rPr>
          <w:rFonts w:asciiTheme="majorHAnsi" w:hAnsiTheme="majorHAnsi" w:cstheme="majorHAnsi"/>
        </w:rPr>
        <w:t>důrazem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jehličnany</w:t>
      </w:r>
      <w:proofErr w:type="spellEnd"/>
      <w:r w:rsidRPr="009812F8">
        <w:rPr>
          <w:rFonts w:asciiTheme="majorHAnsi" w:hAnsiTheme="majorHAnsi" w:cstheme="majorHAnsi"/>
        </w:rPr>
        <w:t xml:space="preserve"> r. </w:t>
      </w:r>
      <w:r w:rsidRPr="009812F8">
        <w:rPr>
          <w:rFonts w:asciiTheme="majorHAnsi" w:hAnsiTheme="majorHAnsi" w:cstheme="majorHAnsi"/>
          <w:i/>
          <w:iCs/>
        </w:rPr>
        <w:t>Picea</w:t>
      </w:r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smrky</w:t>
      </w:r>
      <w:proofErr w:type="spellEnd"/>
      <w:r w:rsidRPr="009812F8">
        <w:rPr>
          <w:rFonts w:asciiTheme="majorHAnsi" w:hAnsiTheme="majorHAnsi" w:cstheme="majorHAnsi"/>
        </w:rPr>
        <w:t xml:space="preserve">), r. </w:t>
      </w:r>
      <w:r w:rsidRPr="009812F8">
        <w:rPr>
          <w:rFonts w:asciiTheme="majorHAnsi" w:hAnsiTheme="majorHAnsi" w:cstheme="majorHAnsi"/>
          <w:i/>
          <w:iCs/>
        </w:rPr>
        <w:t>Abies</w:t>
      </w:r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jedle</w:t>
      </w:r>
      <w:proofErr w:type="spellEnd"/>
      <w:r w:rsidRPr="009812F8">
        <w:rPr>
          <w:rFonts w:asciiTheme="majorHAnsi" w:hAnsiTheme="majorHAnsi" w:cstheme="majorHAnsi"/>
        </w:rPr>
        <w:t xml:space="preserve">), r. </w:t>
      </w:r>
      <w:r w:rsidRPr="009812F8">
        <w:rPr>
          <w:rFonts w:asciiTheme="majorHAnsi" w:hAnsiTheme="majorHAnsi" w:cstheme="majorHAnsi"/>
          <w:i/>
          <w:iCs/>
        </w:rPr>
        <w:t>Taxus</w:t>
      </w:r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tisy</w:t>
      </w:r>
      <w:proofErr w:type="spellEnd"/>
      <w:r w:rsidRPr="009812F8">
        <w:rPr>
          <w:rFonts w:asciiTheme="majorHAnsi" w:hAnsiTheme="majorHAnsi" w:cstheme="majorHAnsi"/>
        </w:rPr>
        <w:t xml:space="preserve">) a </w:t>
      </w:r>
      <w:r w:rsidRPr="009812F8">
        <w:rPr>
          <w:rFonts w:asciiTheme="majorHAnsi" w:hAnsiTheme="majorHAnsi" w:cstheme="majorHAnsi"/>
          <w:i/>
          <w:iCs/>
        </w:rPr>
        <w:t>Larix</w:t>
      </w:r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modříny</w:t>
      </w:r>
      <w:proofErr w:type="spellEnd"/>
      <w:r w:rsidRPr="009812F8">
        <w:rPr>
          <w:rFonts w:asciiTheme="majorHAnsi" w:hAnsiTheme="majorHAnsi" w:cstheme="majorHAnsi"/>
        </w:rPr>
        <w:t>).</w:t>
      </w:r>
    </w:p>
    <w:p w14:paraId="78951FEE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Umístění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menšího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počtu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včelínů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úlů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včetně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takových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které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umožní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edukační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činnost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seznámí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návštěvníky</w:t>
      </w:r>
      <w:proofErr w:type="spellEnd"/>
      <w:r w:rsidRPr="009812F8">
        <w:rPr>
          <w:rFonts w:asciiTheme="majorHAnsi" w:hAnsiTheme="majorHAnsi" w:cstheme="majorHAnsi"/>
        </w:rPr>
        <w:t xml:space="preserve"> s </w:t>
      </w:r>
      <w:proofErr w:type="spellStart"/>
      <w:r w:rsidRPr="009812F8">
        <w:rPr>
          <w:rFonts w:asciiTheme="majorHAnsi" w:hAnsiTheme="majorHAnsi" w:cstheme="majorHAnsi"/>
        </w:rPr>
        <w:t>užitečností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včel</w:t>
      </w:r>
      <w:proofErr w:type="spellEnd"/>
      <w:r w:rsidRPr="009812F8">
        <w:rPr>
          <w:rFonts w:asciiTheme="majorHAnsi" w:hAnsiTheme="majorHAnsi" w:cstheme="majorHAnsi"/>
        </w:rPr>
        <w:t xml:space="preserve">. </w:t>
      </w:r>
    </w:p>
    <w:p w14:paraId="0BF6E247" w14:textId="77777777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Dále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bude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návštěvník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seznámen</w:t>
      </w:r>
      <w:proofErr w:type="spellEnd"/>
      <w:r w:rsidRPr="009812F8">
        <w:rPr>
          <w:rFonts w:asciiTheme="majorHAnsi" w:hAnsiTheme="majorHAnsi" w:cstheme="majorHAnsi"/>
        </w:rPr>
        <w:t xml:space="preserve"> s </w:t>
      </w:r>
      <w:proofErr w:type="spellStart"/>
      <w:r w:rsidRPr="009812F8">
        <w:rPr>
          <w:rFonts w:asciiTheme="majorHAnsi" w:hAnsiTheme="majorHAnsi" w:cstheme="majorHAnsi"/>
        </w:rPr>
        <w:t>dalšími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opylovači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kteří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jsou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nezbytní</w:t>
      </w:r>
      <w:proofErr w:type="spellEnd"/>
      <w:r w:rsidRPr="009812F8">
        <w:rPr>
          <w:rFonts w:asciiTheme="majorHAnsi" w:hAnsiTheme="majorHAnsi" w:cstheme="majorHAnsi"/>
        </w:rPr>
        <w:t xml:space="preserve"> pro </w:t>
      </w:r>
      <w:proofErr w:type="spellStart"/>
      <w:r w:rsidRPr="009812F8">
        <w:rPr>
          <w:rFonts w:asciiTheme="majorHAnsi" w:hAnsiTheme="majorHAnsi" w:cstheme="majorHAnsi"/>
        </w:rPr>
        <w:t>rozmnožování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rostlin</w:t>
      </w:r>
      <w:proofErr w:type="spellEnd"/>
      <w:r w:rsidRPr="009812F8">
        <w:rPr>
          <w:rFonts w:asciiTheme="majorHAnsi" w:hAnsiTheme="majorHAnsi" w:cstheme="majorHAnsi"/>
        </w:rPr>
        <w:t xml:space="preserve">. Pro </w:t>
      </w:r>
      <w:proofErr w:type="spellStart"/>
      <w:r w:rsidRPr="009812F8">
        <w:rPr>
          <w:rFonts w:asciiTheme="majorHAnsi" w:hAnsiTheme="majorHAnsi" w:cstheme="majorHAnsi"/>
        </w:rPr>
        <w:t>tyto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opylovače</w:t>
      </w:r>
      <w:proofErr w:type="spellEnd"/>
      <w:r w:rsidRPr="009812F8">
        <w:rPr>
          <w:rFonts w:asciiTheme="majorHAnsi" w:hAnsiTheme="majorHAnsi" w:cstheme="majorHAnsi"/>
        </w:rPr>
        <w:t xml:space="preserve"> se </w:t>
      </w:r>
      <w:proofErr w:type="spellStart"/>
      <w:r w:rsidRPr="009812F8">
        <w:rPr>
          <w:rFonts w:asciiTheme="majorHAnsi" w:hAnsiTheme="majorHAnsi" w:cstheme="majorHAnsi"/>
        </w:rPr>
        <w:t>průběžně</w:t>
      </w:r>
      <w:proofErr w:type="spellEnd"/>
      <w:r w:rsidRPr="009812F8">
        <w:rPr>
          <w:rFonts w:asciiTheme="majorHAnsi" w:hAnsiTheme="majorHAnsi" w:cstheme="majorHAnsi"/>
        </w:rPr>
        <w:t xml:space="preserve"> po </w:t>
      </w:r>
      <w:proofErr w:type="spellStart"/>
      <w:r w:rsidRPr="009812F8">
        <w:rPr>
          <w:rFonts w:asciiTheme="majorHAnsi" w:hAnsiTheme="majorHAnsi" w:cstheme="majorHAnsi"/>
        </w:rPr>
        <w:t>celé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ploše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připraví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příznivé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prostředí</w:t>
      </w:r>
      <w:proofErr w:type="spellEnd"/>
      <w:r w:rsidR="006C1115" w:rsidRPr="009812F8">
        <w:rPr>
          <w:rFonts w:asciiTheme="majorHAnsi" w:hAnsiTheme="majorHAnsi" w:cstheme="majorHAnsi"/>
        </w:rPr>
        <w:t xml:space="preserve"> a </w:t>
      </w:r>
      <w:proofErr w:type="spellStart"/>
      <w:r w:rsidR="006C1115" w:rsidRPr="009812F8">
        <w:rPr>
          <w:rFonts w:asciiTheme="majorHAnsi" w:hAnsiTheme="majorHAnsi" w:cstheme="majorHAnsi"/>
        </w:rPr>
        <w:t>vhodné</w:t>
      </w:r>
      <w:proofErr w:type="spellEnd"/>
      <w:r w:rsidR="006C1115" w:rsidRPr="009812F8">
        <w:rPr>
          <w:rFonts w:asciiTheme="majorHAnsi" w:hAnsiTheme="majorHAnsi" w:cstheme="majorHAnsi"/>
        </w:rPr>
        <w:t xml:space="preserve"> </w:t>
      </w:r>
      <w:proofErr w:type="spellStart"/>
      <w:r w:rsidR="006C1115" w:rsidRPr="009812F8">
        <w:rPr>
          <w:rFonts w:asciiTheme="majorHAnsi" w:hAnsiTheme="majorHAnsi" w:cstheme="majorHAnsi"/>
        </w:rPr>
        <w:t>biotopy</w:t>
      </w:r>
      <w:proofErr w:type="spellEnd"/>
      <w:r w:rsidRPr="009812F8">
        <w:rPr>
          <w:rFonts w:asciiTheme="majorHAnsi" w:hAnsiTheme="majorHAnsi" w:cstheme="majorHAnsi"/>
        </w:rPr>
        <w:t>.</w:t>
      </w:r>
    </w:p>
    <w:p w14:paraId="4FC17AFD" w14:textId="375D2E86" w:rsidR="00AF37B1" w:rsidRPr="009812F8" w:rsidRDefault="00D675B2" w:rsidP="00BB6B05">
      <w:pPr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</w:rPr>
        <w:t>Umístění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ploch</w:t>
      </w:r>
      <w:proofErr w:type="spellEnd"/>
      <w:r w:rsidRPr="009812F8">
        <w:rPr>
          <w:rFonts w:asciiTheme="majorHAnsi" w:hAnsiTheme="majorHAnsi" w:cstheme="majorHAnsi"/>
        </w:rPr>
        <w:t xml:space="preserve"> pro </w:t>
      </w:r>
      <w:proofErr w:type="spellStart"/>
      <w:r w:rsidRPr="009812F8">
        <w:rPr>
          <w:rFonts w:asciiTheme="majorHAnsi" w:hAnsiTheme="majorHAnsi" w:cstheme="majorHAnsi"/>
        </w:rPr>
        <w:t>samotářské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včely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včetně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instalace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tzv</w:t>
      </w:r>
      <w:proofErr w:type="spellEnd"/>
      <w:r w:rsidRPr="009812F8">
        <w:rPr>
          <w:rFonts w:asciiTheme="majorHAnsi" w:hAnsiTheme="majorHAnsi" w:cstheme="majorHAnsi"/>
        </w:rPr>
        <w:t xml:space="preserve">. </w:t>
      </w:r>
      <w:proofErr w:type="spellStart"/>
      <w:r w:rsidRPr="009812F8">
        <w:rPr>
          <w:rFonts w:asciiTheme="majorHAnsi" w:hAnsiTheme="majorHAnsi" w:cstheme="majorHAnsi"/>
        </w:rPr>
        <w:t>hmyzích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domečků</w:t>
      </w:r>
      <w:proofErr w:type="spellEnd"/>
      <w:r w:rsidRPr="009812F8">
        <w:rPr>
          <w:rFonts w:asciiTheme="majorHAnsi" w:hAnsiTheme="majorHAnsi" w:cstheme="majorHAnsi"/>
        </w:rPr>
        <w:t>.</w:t>
      </w:r>
    </w:p>
    <w:p w14:paraId="4411B860" w14:textId="77777777" w:rsidR="00B127C8" w:rsidRPr="009812F8" w:rsidRDefault="00B127C8" w:rsidP="00B127C8">
      <w:pPr>
        <w:rPr>
          <w:rFonts w:asciiTheme="majorHAnsi" w:hAnsiTheme="majorHAnsi" w:cstheme="majorHAnsi"/>
          <w:b/>
          <w:bCs/>
          <w:szCs w:val="24"/>
        </w:rPr>
      </w:pPr>
    </w:p>
    <w:p w14:paraId="1D708947" w14:textId="44607913" w:rsidR="00AF37B1" w:rsidRPr="009812F8" w:rsidRDefault="00D675B2" w:rsidP="00B127C8">
      <w:pPr>
        <w:rPr>
          <w:rFonts w:asciiTheme="majorHAnsi" w:hAnsiTheme="majorHAnsi" w:cstheme="majorHAnsi"/>
          <w:b/>
          <w:bCs/>
          <w:szCs w:val="24"/>
        </w:rPr>
      </w:pPr>
      <w:r w:rsidRPr="009812F8">
        <w:rPr>
          <w:rFonts w:asciiTheme="majorHAnsi" w:hAnsiTheme="majorHAnsi" w:cstheme="majorHAnsi"/>
          <w:b/>
          <w:bCs/>
          <w:szCs w:val="24"/>
          <w:lang w:val="pl-PL"/>
        </w:rPr>
        <w:t>EKOLOGICKÁ FUNKCE PLOCHY</w:t>
      </w:r>
    </w:p>
    <w:p w14:paraId="014F3633" w14:textId="77777777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  <w:u w:val="single"/>
          <w:lang w:val="pl-PL"/>
        </w:rPr>
      </w:pPr>
      <w:r w:rsidRPr="009812F8">
        <w:rPr>
          <w:rFonts w:asciiTheme="majorHAnsi" w:hAnsiTheme="majorHAnsi" w:cstheme="majorHAnsi"/>
          <w:b/>
          <w:bCs/>
          <w:szCs w:val="24"/>
          <w:u w:val="single"/>
          <w:lang w:val="pl-PL"/>
        </w:rPr>
        <w:t>Vodní plocha:</w:t>
      </w:r>
    </w:p>
    <w:p w14:paraId="320F0FA0" w14:textId="77777777" w:rsidR="00400546" w:rsidRPr="009812F8" w:rsidRDefault="00D675B2" w:rsidP="00BB6B05">
      <w:pPr>
        <w:jc w:val="both"/>
        <w:rPr>
          <w:rFonts w:asciiTheme="majorHAnsi" w:hAnsiTheme="majorHAnsi" w:cstheme="majorHAnsi"/>
          <w:szCs w:val="24"/>
          <w:lang w:val="pl-PL"/>
        </w:rPr>
      </w:pPr>
      <w:r w:rsidRPr="009812F8">
        <w:rPr>
          <w:rFonts w:asciiTheme="majorHAnsi" w:hAnsiTheme="majorHAnsi" w:cstheme="majorHAnsi"/>
          <w:szCs w:val="24"/>
          <w:lang w:val="pl-PL"/>
        </w:rPr>
        <w:t xml:space="preserve">Travnatá plocha </w:t>
      </w:r>
      <w:r w:rsidR="00CC2A10" w:rsidRPr="009812F8">
        <w:rPr>
          <w:rFonts w:asciiTheme="majorHAnsi" w:hAnsiTheme="majorHAnsi" w:cstheme="majorHAnsi"/>
          <w:szCs w:val="24"/>
          <w:lang w:val="pl-PL"/>
        </w:rPr>
        <w:t xml:space="preserve">v horní části </w:t>
      </w:r>
      <w:r w:rsidRPr="009812F8">
        <w:rPr>
          <w:rFonts w:asciiTheme="majorHAnsi" w:hAnsiTheme="majorHAnsi" w:cstheme="majorHAnsi"/>
          <w:szCs w:val="24"/>
          <w:lang w:val="pl-PL"/>
        </w:rPr>
        <w:t>Křenkov</w:t>
      </w:r>
      <w:r w:rsidR="00CC2A10" w:rsidRPr="009812F8">
        <w:rPr>
          <w:rFonts w:asciiTheme="majorHAnsi" w:hAnsiTheme="majorHAnsi" w:cstheme="majorHAnsi"/>
          <w:szCs w:val="24"/>
          <w:lang w:val="pl-PL"/>
        </w:rPr>
        <w:t xml:space="preserve">y zahrady 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ležící na katastrálním území Kunčic pod Ondřejníkem </w:t>
      </w:r>
      <w:r w:rsidR="00400546" w:rsidRPr="009812F8">
        <w:rPr>
          <w:rFonts w:asciiTheme="majorHAnsi" w:hAnsiTheme="majorHAnsi" w:cstheme="majorHAnsi"/>
          <w:szCs w:val="24"/>
          <w:lang w:val="pl-PL"/>
        </w:rPr>
        <w:t xml:space="preserve">a 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není úplně vhodná pro budování větších vodních ploch, protože se jedná o prostory ve svahu. </w:t>
      </w:r>
    </w:p>
    <w:p w14:paraId="56DEE7FE" w14:textId="4EF9A51E" w:rsidR="00AF37B1" w:rsidRPr="009812F8" w:rsidRDefault="00400546" w:rsidP="00BB6B05">
      <w:pPr>
        <w:jc w:val="both"/>
        <w:rPr>
          <w:rFonts w:asciiTheme="majorHAnsi" w:hAnsiTheme="majorHAnsi" w:cstheme="majorHAnsi"/>
          <w:szCs w:val="24"/>
          <w:lang w:val="pl-PL"/>
        </w:rPr>
      </w:pPr>
      <w:r w:rsidRPr="009812F8">
        <w:rPr>
          <w:rFonts w:asciiTheme="majorHAnsi" w:hAnsiTheme="majorHAnsi" w:cstheme="majorHAnsi"/>
          <w:szCs w:val="24"/>
          <w:lang w:val="pl-PL"/>
        </w:rPr>
        <w:t>S</w:t>
      </w:r>
      <w:r w:rsidR="00D675B2" w:rsidRPr="009812F8">
        <w:rPr>
          <w:rFonts w:asciiTheme="majorHAnsi" w:hAnsiTheme="majorHAnsi" w:cstheme="majorHAnsi"/>
          <w:szCs w:val="24"/>
          <w:lang w:val="pl-PL"/>
        </w:rPr>
        <w:t>měrem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 </w:t>
      </w:r>
      <w:r w:rsidR="00D675B2" w:rsidRPr="009812F8">
        <w:rPr>
          <w:rFonts w:asciiTheme="majorHAnsi" w:hAnsiTheme="majorHAnsi" w:cstheme="majorHAnsi"/>
          <w:szCs w:val="24"/>
          <w:lang w:val="pl-PL"/>
        </w:rPr>
        <w:t xml:space="preserve">k potoku 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na katastrálním území Tiché </w:t>
      </w:r>
      <w:r w:rsidR="0086426B" w:rsidRPr="009812F8">
        <w:rPr>
          <w:rFonts w:asciiTheme="majorHAnsi" w:hAnsiTheme="majorHAnsi" w:cstheme="majorHAnsi"/>
          <w:szCs w:val="24"/>
          <w:lang w:val="pl-PL"/>
        </w:rPr>
        <w:t xml:space="preserve">na Moravě </w:t>
      </w:r>
      <w:r w:rsidR="00D675B2" w:rsidRPr="009812F8">
        <w:rPr>
          <w:rFonts w:asciiTheme="majorHAnsi" w:hAnsiTheme="majorHAnsi" w:cstheme="majorHAnsi"/>
          <w:szCs w:val="24"/>
          <w:lang w:val="pl-PL"/>
        </w:rPr>
        <w:t xml:space="preserve">(na jižní </w:t>
      </w:r>
      <w:r w:rsidR="00CC2A10" w:rsidRPr="009812F8">
        <w:rPr>
          <w:rFonts w:asciiTheme="majorHAnsi" w:hAnsiTheme="majorHAnsi" w:cstheme="majorHAnsi"/>
          <w:szCs w:val="24"/>
          <w:lang w:val="pl-PL"/>
        </w:rPr>
        <w:t xml:space="preserve">a jihozápadní </w:t>
      </w:r>
      <w:r w:rsidR="00D675B2" w:rsidRPr="009812F8">
        <w:rPr>
          <w:rFonts w:asciiTheme="majorHAnsi" w:hAnsiTheme="majorHAnsi" w:cstheme="majorHAnsi"/>
          <w:szCs w:val="24"/>
          <w:lang w:val="pl-PL"/>
        </w:rPr>
        <w:t>hranici), by vznikly větší tůňky</w:t>
      </w:r>
      <w:r w:rsidRPr="009812F8">
        <w:rPr>
          <w:rFonts w:asciiTheme="majorHAnsi" w:hAnsiTheme="majorHAnsi" w:cstheme="majorHAnsi"/>
          <w:szCs w:val="24"/>
          <w:lang w:val="pl-PL"/>
        </w:rPr>
        <w:t>, případně rybníčky</w:t>
      </w:r>
      <w:r w:rsidR="00CC2A10" w:rsidRPr="009812F8">
        <w:rPr>
          <w:rFonts w:asciiTheme="majorHAnsi" w:hAnsiTheme="majorHAnsi" w:cstheme="majorHAnsi"/>
          <w:szCs w:val="24"/>
          <w:lang w:val="pl-PL"/>
        </w:rPr>
        <w:t xml:space="preserve"> určené pro vodní hmyz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, ohrožené obratlovce (ryby i </w:t>
      </w:r>
      <w:r w:rsidR="00CC2A10" w:rsidRPr="009812F8">
        <w:rPr>
          <w:rFonts w:asciiTheme="majorHAnsi" w:hAnsiTheme="majorHAnsi" w:cstheme="majorHAnsi"/>
          <w:szCs w:val="24"/>
          <w:lang w:val="pl-PL"/>
        </w:rPr>
        <w:t>obojživelníky</w:t>
      </w:r>
      <w:r w:rsidRPr="009812F8">
        <w:rPr>
          <w:rFonts w:asciiTheme="majorHAnsi" w:hAnsiTheme="majorHAnsi" w:cstheme="majorHAnsi"/>
          <w:szCs w:val="24"/>
          <w:lang w:val="pl-PL"/>
        </w:rPr>
        <w:t>)</w:t>
      </w:r>
      <w:r w:rsidR="00D675B2" w:rsidRPr="009812F8">
        <w:rPr>
          <w:rFonts w:asciiTheme="majorHAnsi" w:hAnsiTheme="majorHAnsi" w:cstheme="majorHAnsi"/>
          <w:szCs w:val="24"/>
          <w:lang w:val="pl-PL"/>
        </w:rPr>
        <w:t>.</w:t>
      </w:r>
    </w:p>
    <w:p w14:paraId="28D22292" w14:textId="351ED2C9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Cílem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b/>
          <w:bCs/>
          <w:szCs w:val="24"/>
        </w:rPr>
        <w:t>projektu</w:t>
      </w:r>
      <w:proofErr w:type="spellEnd"/>
      <w:r w:rsidR="00400546"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r w:rsidRPr="009812F8">
        <w:rPr>
          <w:rFonts w:asciiTheme="majorHAnsi" w:hAnsiTheme="majorHAnsi" w:cstheme="majorHAnsi"/>
          <w:b/>
          <w:bCs/>
          <w:szCs w:val="24"/>
        </w:rPr>
        <w:t xml:space="preserve">je </w:t>
      </w:r>
      <w:r w:rsidR="00400546" w:rsidRPr="009812F8">
        <w:rPr>
          <w:rFonts w:asciiTheme="majorHAnsi" w:hAnsiTheme="majorHAnsi" w:cstheme="majorHAnsi"/>
          <w:b/>
          <w:bCs/>
          <w:szCs w:val="24"/>
        </w:rPr>
        <w:t xml:space="preserve">se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zaměřit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na</w:t>
      </w:r>
      <w:proofErr w:type="spellEnd"/>
    </w:p>
    <w:p w14:paraId="208507EB" w14:textId="77777777" w:rsidR="00AF37B1" w:rsidRPr="009812F8" w:rsidRDefault="00D675B2" w:rsidP="00BB6B05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Vybudování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mokřadů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případně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míst</w:t>
      </w:r>
      <w:proofErr w:type="spellEnd"/>
      <w:r w:rsidRPr="009812F8">
        <w:rPr>
          <w:rFonts w:asciiTheme="majorHAnsi" w:hAnsiTheme="majorHAnsi" w:cstheme="majorHAnsi"/>
        </w:rPr>
        <w:t xml:space="preserve"> pro </w:t>
      </w:r>
      <w:proofErr w:type="spellStart"/>
      <w:r w:rsidRPr="009812F8">
        <w:rPr>
          <w:rFonts w:asciiTheme="majorHAnsi" w:hAnsiTheme="majorHAnsi" w:cstheme="majorHAnsi"/>
        </w:rPr>
        <w:t>vznik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tzv</w:t>
      </w:r>
      <w:proofErr w:type="spellEnd"/>
      <w:r w:rsidRPr="009812F8">
        <w:rPr>
          <w:rFonts w:asciiTheme="majorHAnsi" w:hAnsiTheme="majorHAnsi" w:cstheme="majorHAnsi"/>
        </w:rPr>
        <w:t xml:space="preserve">. </w:t>
      </w:r>
      <w:proofErr w:type="spellStart"/>
      <w:r w:rsidRPr="009812F8">
        <w:rPr>
          <w:rFonts w:asciiTheme="majorHAnsi" w:hAnsiTheme="majorHAnsi" w:cstheme="majorHAnsi"/>
        </w:rPr>
        <w:t>jarních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tůní</w:t>
      </w:r>
      <w:proofErr w:type="spellEnd"/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dočasných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mokřadů</w:t>
      </w:r>
      <w:proofErr w:type="spellEnd"/>
      <w:r w:rsidRPr="009812F8">
        <w:rPr>
          <w:rFonts w:asciiTheme="majorHAnsi" w:hAnsiTheme="majorHAnsi" w:cstheme="majorHAnsi"/>
        </w:rPr>
        <w:t xml:space="preserve">), </w:t>
      </w:r>
      <w:proofErr w:type="spellStart"/>
      <w:r w:rsidRPr="009812F8">
        <w:rPr>
          <w:rFonts w:asciiTheme="majorHAnsi" w:hAnsiTheme="majorHAnsi" w:cstheme="majorHAnsi"/>
        </w:rPr>
        <w:t>které</w:t>
      </w:r>
      <w:proofErr w:type="spellEnd"/>
      <w:r w:rsidRPr="009812F8">
        <w:rPr>
          <w:rFonts w:asciiTheme="majorHAnsi" w:hAnsiTheme="majorHAnsi" w:cstheme="majorHAnsi"/>
        </w:rPr>
        <w:t xml:space="preserve"> v </w:t>
      </w:r>
      <w:proofErr w:type="spellStart"/>
      <w:r w:rsidRPr="009812F8">
        <w:rPr>
          <w:rFonts w:asciiTheme="majorHAnsi" w:hAnsiTheme="majorHAnsi" w:cstheme="majorHAnsi"/>
        </w:rPr>
        <w:t>létě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vysychají</w:t>
      </w:r>
      <w:proofErr w:type="spellEnd"/>
      <w:r w:rsidRPr="009812F8">
        <w:rPr>
          <w:rFonts w:asciiTheme="majorHAnsi" w:hAnsiTheme="majorHAnsi" w:cstheme="majorHAnsi"/>
        </w:rPr>
        <w:t xml:space="preserve">. Tyto </w:t>
      </w:r>
      <w:proofErr w:type="spellStart"/>
      <w:r w:rsidRPr="009812F8">
        <w:rPr>
          <w:rFonts w:asciiTheme="majorHAnsi" w:hAnsiTheme="majorHAnsi" w:cstheme="majorHAnsi"/>
        </w:rPr>
        <w:t>plochy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budou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závislé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přisunu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vody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pomocí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deště</w:t>
      </w:r>
      <w:proofErr w:type="spellEnd"/>
      <w:r w:rsidRPr="009812F8">
        <w:rPr>
          <w:rFonts w:asciiTheme="majorHAnsi" w:hAnsiTheme="majorHAnsi" w:cstheme="majorHAnsi"/>
        </w:rPr>
        <w:t>.</w:t>
      </w:r>
    </w:p>
    <w:p w14:paraId="12057F74" w14:textId="3D943DC2" w:rsidR="00AF37B1" w:rsidRPr="009812F8" w:rsidRDefault="00D675B2" w:rsidP="00BB6B05">
      <w:pPr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Vybudování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trvalých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menších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vodních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ploch</w:t>
      </w:r>
      <w:proofErr w:type="spellEnd"/>
      <w:r w:rsidRPr="009812F8">
        <w:rPr>
          <w:rFonts w:asciiTheme="majorHAnsi" w:hAnsiTheme="majorHAnsi" w:cstheme="majorHAnsi"/>
        </w:rPr>
        <w:t xml:space="preserve"> (</w:t>
      </w:r>
      <w:proofErr w:type="spellStart"/>
      <w:r w:rsidRPr="009812F8">
        <w:rPr>
          <w:rFonts w:asciiTheme="majorHAnsi" w:hAnsiTheme="majorHAnsi" w:cstheme="majorHAnsi"/>
        </w:rPr>
        <w:t>mokřadů</w:t>
      </w:r>
      <w:proofErr w:type="spellEnd"/>
      <w:r w:rsidR="00400546" w:rsidRPr="009812F8">
        <w:rPr>
          <w:rFonts w:asciiTheme="majorHAnsi" w:hAnsiTheme="majorHAnsi" w:cstheme="majorHAnsi"/>
        </w:rPr>
        <w:t xml:space="preserve"> a </w:t>
      </w:r>
      <w:proofErr w:type="spellStart"/>
      <w:r w:rsidR="00400546" w:rsidRPr="009812F8">
        <w:rPr>
          <w:rFonts w:asciiTheme="majorHAnsi" w:hAnsiTheme="majorHAnsi" w:cstheme="majorHAnsi"/>
        </w:rPr>
        <w:t>rybníčků</w:t>
      </w:r>
      <w:proofErr w:type="spellEnd"/>
      <w:r w:rsidRPr="009812F8">
        <w:rPr>
          <w:rFonts w:asciiTheme="majorHAnsi" w:hAnsiTheme="majorHAnsi" w:cstheme="majorHAnsi"/>
        </w:rPr>
        <w:t xml:space="preserve">). </w:t>
      </w:r>
    </w:p>
    <w:p w14:paraId="77F738EA" w14:textId="6BD499B1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r w:rsidRPr="009812F8">
        <w:rPr>
          <w:rFonts w:asciiTheme="majorHAnsi" w:hAnsiTheme="majorHAnsi" w:cstheme="majorHAnsi"/>
          <w:szCs w:val="24"/>
        </w:rPr>
        <w:t xml:space="preserve">Tyto </w:t>
      </w:r>
      <w:proofErr w:type="spellStart"/>
      <w:r w:rsidRPr="009812F8">
        <w:rPr>
          <w:rFonts w:asciiTheme="majorHAnsi" w:hAnsiTheme="majorHAnsi" w:cstheme="majorHAnsi"/>
          <w:szCs w:val="24"/>
        </w:rPr>
        <w:t>plochy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slouží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především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k </w:t>
      </w:r>
      <w:proofErr w:type="spellStart"/>
      <w:r w:rsidRPr="009812F8">
        <w:rPr>
          <w:rFonts w:asciiTheme="majorHAnsi" w:hAnsiTheme="majorHAnsi" w:cstheme="majorHAnsi"/>
          <w:szCs w:val="24"/>
        </w:rPr>
        <w:t>rozmnožování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obojživelníků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kteří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jsou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celkově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ústupu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a </w:t>
      </w:r>
      <w:proofErr w:type="spellStart"/>
      <w:r w:rsidRPr="009812F8">
        <w:rPr>
          <w:rFonts w:asciiTheme="majorHAnsi" w:hAnsiTheme="majorHAnsi" w:cstheme="majorHAnsi"/>
          <w:szCs w:val="24"/>
        </w:rPr>
        <w:t>vodnímu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hmyzu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Okolo </w:t>
      </w:r>
      <w:proofErr w:type="spellStart"/>
      <w:r w:rsidRPr="009812F8">
        <w:rPr>
          <w:rFonts w:asciiTheme="majorHAnsi" w:hAnsiTheme="majorHAnsi" w:cstheme="majorHAnsi"/>
          <w:szCs w:val="24"/>
        </w:rPr>
        <w:t>tůní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vzniknou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navazující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biotopy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které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slouží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dalšímu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hmyzu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např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R</w:t>
      </w:r>
      <w:r w:rsidRPr="009812F8">
        <w:rPr>
          <w:rFonts w:asciiTheme="majorHAnsi" w:hAnsiTheme="majorHAnsi" w:cstheme="majorHAnsi"/>
          <w:szCs w:val="24"/>
        </w:rPr>
        <w:t>ovnokřídlým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r w:rsidRPr="009812F8">
        <w:rPr>
          <w:rFonts w:asciiTheme="majorHAnsi" w:hAnsiTheme="majorHAnsi" w:cstheme="majorHAnsi"/>
          <w:szCs w:val="24"/>
        </w:rPr>
        <w:t>(</w:t>
      </w:r>
      <w:r w:rsidRPr="009812F8">
        <w:rPr>
          <w:rFonts w:asciiTheme="majorHAnsi" w:hAnsiTheme="majorHAnsi" w:cstheme="majorHAnsi"/>
          <w:i/>
          <w:iCs/>
          <w:szCs w:val="24"/>
        </w:rPr>
        <w:t>Orthoptera</w:t>
      </w:r>
      <w:r w:rsidRPr="009812F8">
        <w:rPr>
          <w:rFonts w:asciiTheme="majorHAnsi" w:hAnsiTheme="majorHAnsi" w:cstheme="majorHAnsi"/>
          <w:szCs w:val="24"/>
        </w:rPr>
        <w:t>), </w:t>
      </w:r>
      <w:proofErr w:type="spellStart"/>
      <w:r w:rsidRPr="009812F8">
        <w:rPr>
          <w:rFonts w:asciiTheme="majorHAnsi" w:hAnsiTheme="majorHAnsi" w:cstheme="majorHAnsi"/>
          <w:szCs w:val="24"/>
        </w:rPr>
        <w:t>plošticím</w:t>
      </w:r>
      <w:proofErr w:type="spellEnd"/>
      <w:r w:rsidRPr="009812F8">
        <w:rPr>
          <w:rFonts w:asciiTheme="majorHAnsi" w:hAnsiTheme="majorHAnsi" w:cstheme="majorHAnsi"/>
          <w:szCs w:val="24"/>
        </w:rPr>
        <w:t> (</w:t>
      </w:r>
      <w:r w:rsidRPr="009812F8">
        <w:rPr>
          <w:rFonts w:asciiTheme="majorHAnsi" w:hAnsiTheme="majorHAnsi" w:cstheme="majorHAnsi"/>
          <w:i/>
          <w:iCs/>
          <w:szCs w:val="24"/>
        </w:rPr>
        <w:t>Heteroptera</w:t>
      </w:r>
      <w:r w:rsidRPr="009812F8">
        <w:rPr>
          <w:rFonts w:asciiTheme="majorHAnsi" w:hAnsiTheme="majorHAnsi" w:cstheme="majorHAnsi"/>
          <w:szCs w:val="24"/>
        </w:rPr>
        <w:t xml:space="preserve">), </w:t>
      </w:r>
      <w:proofErr w:type="spellStart"/>
      <w:r w:rsidRPr="009812F8">
        <w:rPr>
          <w:rFonts w:asciiTheme="majorHAnsi" w:hAnsiTheme="majorHAnsi" w:cstheme="majorHAnsi"/>
          <w:szCs w:val="24"/>
        </w:rPr>
        <w:t>vážkám</w:t>
      </w:r>
      <w:proofErr w:type="spellEnd"/>
      <w:r w:rsidRPr="009812F8">
        <w:rPr>
          <w:rFonts w:asciiTheme="majorHAnsi" w:hAnsiTheme="majorHAnsi" w:cstheme="majorHAnsi"/>
          <w:szCs w:val="24"/>
        </w:rPr>
        <w:t> (</w:t>
      </w:r>
      <w:r w:rsidRPr="009812F8">
        <w:rPr>
          <w:rFonts w:asciiTheme="majorHAnsi" w:hAnsiTheme="majorHAnsi" w:cstheme="majorHAnsi"/>
          <w:i/>
          <w:iCs/>
          <w:szCs w:val="24"/>
        </w:rPr>
        <w:t>Odonata</w:t>
      </w:r>
      <w:r w:rsidRPr="009812F8">
        <w:rPr>
          <w:rFonts w:asciiTheme="majorHAnsi" w:hAnsiTheme="majorHAnsi" w:cstheme="majorHAnsi"/>
          <w:szCs w:val="24"/>
        </w:rPr>
        <w:t xml:space="preserve">), </w:t>
      </w:r>
      <w:proofErr w:type="spellStart"/>
      <w:r w:rsidRPr="009812F8">
        <w:rPr>
          <w:rFonts w:asciiTheme="majorHAnsi" w:hAnsiTheme="majorHAnsi" w:cstheme="majorHAnsi"/>
          <w:szCs w:val="24"/>
        </w:rPr>
        <w:t>zde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například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největší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vzácné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vážce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i/>
          <w:iCs/>
          <w:szCs w:val="24"/>
        </w:rPr>
        <w:t>Leucorrhinia</w:t>
      </w:r>
      <w:proofErr w:type="spellEnd"/>
      <w:r w:rsidRPr="009812F8">
        <w:rPr>
          <w:rFonts w:asciiTheme="majorHAnsi" w:hAnsiTheme="majorHAnsi" w:cstheme="majorHAnsi"/>
          <w:i/>
          <w:iCs/>
          <w:szCs w:val="24"/>
        </w:rPr>
        <w:t xml:space="preserve"> pectoralis</w:t>
      </w:r>
      <w:r w:rsidRPr="009812F8">
        <w:rPr>
          <w:rFonts w:asciiTheme="majorHAnsi" w:hAnsiTheme="majorHAnsi" w:cstheme="majorHAnsi"/>
          <w:szCs w:val="24"/>
        </w:rPr>
        <w:t xml:space="preserve">. </w:t>
      </w:r>
    </w:p>
    <w:p w14:paraId="624F568D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Trvalejší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tůně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menší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velikosti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mohou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posloužit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k </w:t>
      </w:r>
      <w:proofErr w:type="spellStart"/>
      <w:r w:rsidRPr="009812F8">
        <w:rPr>
          <w:rFonts w:asciiTheme="majorHAnsi" w:hAnsiTheme="majorHAnsi" w:cstheme="majorHAnsi"/>
          <w:szCs w:val="24"/>
        </w:rPr>
        <w:t>návratu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drobné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rybky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Slunky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obecné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i/>
          <w:iCs/>
          <w:szCs w:val="24"/>
        </w:rPr>
        <w:t>Leucaspius</w:t>
      </w:r>
      <w:proofErr w:type="spellEnd"/>
      <w:r w:rsidRPr="009812F8">
        <w:rPr>
          <w:rFonts w:asciiTheme="majorHAnsi" w:hAnsiTheme="majorHAnsi" w:cstheme="majorHAnsi"/>
          <w:i/>
          <w:i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i/>
          <w:iCs/>
          <w:szCs w:val="24"/>
        </w:rPr>
        <w:t>delineatus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), </w:t>
      </w:r>
      <w:proofErr w:type="spellStart"/>
      <w:r w:rsidRPr="009812F8">
        <w:rPr>
          <w:rFonts w:asciiTheme="majorHAnsi" w:hAnsiTheme="majorHAnsi" w:cstheme="majorHAnsi"/>
          <w:szCs w:val="24"/>
        </w:rPr>
        <w:t>která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r w:rsidR="00CC2A10" w:rsidRPr="009812F8">
        <w:rPr>
          <w:rFonts w:asciiTheme="majorHAnsi" w:hAnsiTheme="majorHAnsi" w:cstheme="majorHAnsi"/>
          <w:szCs w:val="24"/>
        </w:rPr>
        <w:t xml:space="preserve">v </w:t>
      </w:r>
      <w:proofErr w:type="spellStart"/>
      <w:r w:rsidR="00CC2A10" w:rsidRPr="009812F8">
        <w:rPr>
          <w:rFonts w:asciiTheme="majorHAnsi" w:hAnsiTheme="majorHAnsi" w:cstheme="majorHAnsi"/>
          <w:szCs w:val="24"/>
        </w:rPr>
        <w:t>současnosti</w:t>
      </w:r>
      <w:proofErr w:type="spellEnd"/>
      <w:r w:rsidR="00CC2A10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CC2A10" w:rsidRPr="009812F8">
        <w:rPr>
          <w:rFonts w:asciiTheme="majorHAnsi" w:hAnsiTheme="majorHAnsi" w:cstheme="majorHAnsi"/>
          <w:szCs w:val="24"/>
        </w:rPr>
        <w:t>ve</w:t>
      </w:r>
      <w:proofErr w:type="spellEnd"/>
      <w:r w:rsidR="00CC2A10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CC2A10" w:rsidRPr="009812F8">
        <w:rPr>
          <w:rFonts w:asciiTheme="majorHAnsi" w:hAnsiTheme="majorHAnsi" w:cstheme="majorHAnsi"/>
          <w:szCs w:val="24"/>
        </w:rPr>
        <w:t>volné</w:t>
      </w:r>
      <w:proofErr w:type="spellEnd"/>
      <w:r w:rsidR="00CC2A10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CC2A10" w:rsidRPr="009812F8">
        <w:rPr>
          <w:rFonts w:asciiTheme="majorHAnsi" w:hAnsiTheme="majorHAnsi" w:cstheme="majorHAnsi"/>
          <w:szCs w:val="24"/>
        </w:rPr>
        <w:t>krajině</w:t>
      </w:r>
      <w:proofErr w:type="spellEnd"/>
      <w:r w:rsidR="00CC2A10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vymírá</w:t>
      </w:r>
      <w:proofErr w:type="spellEnd"/>
      <w:r w:rsidRPr="009812F8">
        <w:rPr>
          <w:rFonts w:asciiTheme="majorHAnsi" w:hAnsiTheme="majorHAnsi" w:cstheme="majorHAnsi"/>
          <w:szCs w:val="24"/>
        </w:rPr>
        <w:t>. V </w:t>
      </w:r>
      <w:proofErr w:type="spellStart"/>
      <w:r w:rsidRPr="009812F8">
        <w:rPr>
          <w:rFonts w:asciiTheme="majorHAnsi" w:hAnsiTheme="majorHAnsi" w:cstheme="majorHAnsi"/>
          <w:szCs w:val="24"/>
        </w:rPr>
        <w:t>případě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vzniku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větší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tůně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by </w:t>
      </w:r>
      <w:proofErr w:type="spellStart"/>
      <w:r w:rsidRPr="009812F8">
        <w:rPr>
          <w:rFonts w:asciiTheme="majorHAnsi" w:hAnsiTheme="majorHAnsi" w:cstheme="majorHAnsi"/>
          <w:szCs w:val="24"/>
        </w:rPr>
        <w:t>tato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mohla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posloužit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k </w:t>
      </w:r>
      <w:proofErr w:type="spellStart"/>
      <w:r w:rsidRPr="009812F8">
        <w:rPr>
          <w:rFonts w:asciiTheme="majorHAnsi" w:hAnsiTheme="majorHAnsi" w:cstheme="majorHAnsi"/>
          <w:szCs w:val="24"/>
        </w:rPr>
        <w:t>zachování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karase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obecného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r w:rsidRPr="009812F8">
        <w:rPr>
          <w:rFonts w:asciiTheme="majorHAnsi" w:hAnsiTheme="majorHAnsi" w:cstheme="majorHAnsi"/>
          <w:i/>
          <w:iCs/>
          <w:szCs w:val="24"/>
        </w:rPr>
        <w:t xml:space="preserve">Carassius </w:t>
      </w:r>
      <w:proofErr w:type="spellStart"/>
      <w:r w:rsidRPr="009812F8">
        <w:rPr>
          <w:rFonts w:asciiTheme="majorHAnsi" w:hAnsiTheme="majorHAnsi" w:cstheme="majorHAnsi"/>
          <w:i/>
          <w:iCs/>
          <w:szCs w:val="24"/>
        </w:rPr>
        <w:t>carassius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), </w:t>
      </w:r>
      <w:proofErr w:type="spellStart"/>
      <w:r w:rsidRPr="009812F8">
        <w:rPr>
          <w:rFonts w:asciiTheme="majorHAnsi" w:hAnsiTheme="majorHAnsi" w:cstheme="majorHAnsi"/>
          <w:szCs w:val="24"/>
        </w:rPr>
        <w:t>který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již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našem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území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prakticky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vy</w:t>
      </w:r>
      <w:r w:rsidR="00CC2A10" w:rsidRPr="009812F8">
        <w:rPr>
          <w:rFonts w:asciiTheme="majorHAnsi" w:hAnsiTheme="majorHAnsi" w:cstheme="majorHAnsi"/>
          <w:szCs w:val="24"/>
        </w:rPr>
        <w:t>hynul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Oba </w:t>
      </w:r>
      <w:proofErr w:type="spellStart"/>
      <w:r w:rsidRPr="009812F8">
        <w:rPr>
          <w:rFonts w:asciiTheme="majorHAnsi" w:hAnsiTheme="majorHAnsi" w:cstheme="majorHAnsi"/>
          <w:szCs w:val="24"/>
        </w:rPr>
        <w:t>tyto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druhy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jsou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dnes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kriticky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ohrožené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vytvořením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vhodných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biotopů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lze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přispět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k </w:t>
      </w:r>
      <w:proofErr w:type="spellStart"/>
      <w:r w:rsidRPr="009812F8">
        <w:rPr>
          <w:rFonts w:asciiTheme="majorHAnsi" w:hAnsiTheme="majorHAnsi" w:cstheme="majorHAnsi"/>
          <w:szCs w:val="24"/>
        </w:rPr>
        <w:t>zachování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genofondu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regionálních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ras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obou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rybích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druhů</w:t>
      </w:r>
      <w:proofErr w:type="spellEnd"/>
      <w:r w:rsidRPr="009812F8">
        <w:rPr>
          <w:rFonts w:asciiTheme="majorHAnsi" w:hAnsiTheme="majorHAnsi" w:cstheme="majorHAnsi"/>
          <w:szCs w:val="24"/>
        </w:rPr>
        <w:t>.</w:t>
      </w:r>
    </w:p>
    <w:p w14:paraId="71ADC73C" w14:textId="7B12068D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r w:rsidRPr="009812F8">
        <w:rPr>
          <w:rFonts w:asciiTheme="majorHAnsi" w:hAnsiTheme="majorHAnsi" w:cstheme="majorHAnsi"/>
          <w:szCs w:val="24"/>
        </w:rPr>
        <w:t>V </w:t>
      </w:r>
      <w:proofErr w:type="spellStart"/>
      <w:r w:rsidRPr="009812F8">
        <w:rPr>
          <w:rFonts w:asciiTheme="majorHAnsi" w:hAnsiTheme="majorHAnsi" w:cstheme="majorHAnsi"/>
          <w:szCs w:val="24"/>
        </w:rPr>
        <w:t>návaznosti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tyto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r w:rsidR="00CC2A10" w:rsidRPr="009812F8">
        <w:rPr>
          <w:rFonts w:asciiTheme="majorHAnsi" w:hAnsiTheme="majorHAnsi" w:cstheme="majorHAnsi"/>
          <w:szCs w:val="24"/>
        </w:rPr>
        <w:t xml:space="preserve">v </w:t>
      </w:r>
      <w:proofErr w:type="spellStart"/>
      <w:r w:rsidR="00CC2A10" w:rsidRPr="009812F8">
        <w:rPr>
          <w:rFonts w:asciiTheme="majorHAnsi" w:hAnsiTheme="majorHAnsi" w:cstheme="majorHAnsi"/>
          <w:szCs w:val="24"/>
        </w:rPr>
        <w:t>budoucnu</w:t>
      </w:r>
      <w:proofErr w:type="spellEnd"/>
      <w:r w:rsidR="00CC2A10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mohl</w:t>
      </w:r>
      <w:r w:rsidR="00CC2A10" w:rsidRPr="009812F8">
        <w:rPr>
          <w:rFonts w:asciiTheme="majorHAnsi" w:hAnsiTheme="majorHAnsi" w:cstheme="majorHAnsi"/>
          <w:szCs w:val="24"/>
        </w:rPr>
        <w:t>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CC2A10" w:rsidRPr="009812F8">
        <w:rPr>
          <w:rFonts w:asciiTheme="majorHAnsi" w:hAnsiTheme="majorHAnsi" w:cstheme="majorHAnsi"/>
          <w:szCs w:val="24"/>
        </w:rPr>
        <w:t>okolí</w:t>
      </w:r>
      <w:proofErr w:type="spellEnd"/>
      <w:r w:rsidR="00CC2A10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CC2A10" w:rsidRPr="009812F8">
        <w:rPr>
          <w:rFonts w:asciiTheme="majorHAnsi" w:hAnsiTheme="majorHAnsi" w:cstheme="majorHAnsi"/>
          <w:szCs w:val="24"/>
        </w:rPr>
        <w:t>mokřadů</w:t>
      </w:r>
      <w:proofErr w:type="spellEnd"/>
      <w:r w:rsidR="00CC2A10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osídlit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navštěvovat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hnízdící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ptáci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ledňáček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rákosníci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další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druhy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ptactva</w:t>
      </w:r>
      <w:proofErr w:type="spellEnd"/>
      <w:r w:rsidRPr="009812F8">
        <w:rPr>
          <w:rFonts w:asciiTheme="majorHAnsi" w:hAnsiTheme="majorHAnsi" w:cstheme="majorHAnsi"/>
          <w:szCs w:val="24"/>
        </w:rPr>
        <w:t>).</w:t>
      </w:r>
    </w:p>
    <w:p w14:paraId="3C651363" w14:textId="5DB34A63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Rašelinná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tůň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>:</w:t>
      </w:r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Vybudování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mokřadu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hranici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lesa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 </w:t>
      </w:r>
      <w:proofErr w:type="spellStart"/>
      <w:r w:rsidRPr="009812F8">
        <w:rPr>
          <w:rFonts w:asciiTheme="majorHAnsi" w:hAnsiTheme="majorHAnsi" w:cstheme="majorHAnsi"/>
          <w:szCs w:val="24"/>
        </w:rPr>
        <w:t>kyselým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prostředím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szCs w:val="24"/>
        </w:rPr>
        <w:t>umožnilo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výskyt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několik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vzácným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druhům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rostlin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které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se v </w:t>
      </w:r>
      <w:proofErr w:type="spellStart"/>
      <w:r w:rsidRPr="009812F8">
        <w:rPr>
          <w:rFonts w:asciiTheme="majorHAnsi" w:hAnsiTheme="majorHAnsi" w:cstheme="majorHAnsi"/>
          <w:szCs w:val="24"/>
        </w:rPr>
        <w:t>Beskydech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dříve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vyskytovaly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původních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podhorských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rašeliništích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jež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dnes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čelí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úbytku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Jako je </w:t>
      </w:r>
      <w:proofErr w:type="spellStart"/>
      <w:r w:rsidRPr="009812F8">
        <w:rPr>
          <w:rFonts w:asciiTheme="majorHAnsi" w:hAnsiTheme="majorHAnsi" w:cstheme="majorHAnsi"/>
          <w:szCs w:val="24"/>
        </w:rPr>
        <w:t>například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Ďáblík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bahenní</w:t>
      </w:r>
      <w:proofErr w:type="spellEnd"/>
      <w:r w:rsidRPr="009812F8">
        <w:rPr>
          <w:rFonts w:asciiTheme="majorHAnsi" w:hAnsiTheme="majorHAnsi" w:cstheme="majorHAnsi"/>
          <w:szCs w:val="24"/>
        </w:rPr>
        <w:t> (</w:t>
      </w:r>
      <w:r w:rsidRPr="009812F8">
        <w:rPr>
          <w:rFonts w:asciiTheme="majorHAnsi" w:hAnsiTheme="majorHAnsi" w:cstheme="majorHAnsi"/>
          <w:i/>
          <w:iCs/>
          <w:szCs w:val="24"/>
        </w:rPr>
        <w:t>Calla palustris</w:t>
      </w:r>
      <w:r w:rsidRPr="009812F8">
        <w:rPr>
          <w:rFonts w:asciiTheme="majorHAnsi" w:hAnsiTheme="majorHAnsi" w:cstheme="majorHAnsi"/>
          <w:szCs w:val="24"/>
        </w:rPr>
        <w:t>).</w:t>
      </w:r>
    </w:p>
    <w:p w14:paraId="0AD3C1F8" w14:textId="20D21F4B" w:rsidR="00380991" w:rsidRPr="009812F8" w:rsidRDefault="00380991" w:rsidP="00380991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lastRenderedPageBreak/>
        <w:t>Vodoteč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: </w:t>
      </w:r>
      <w:r w:rsidRPr="009812F8">
        <w:rPr>
          <w:rFonts w:asciiTheme="majorHAnsi" w:hAnsiTheme="majorHAnsi" w:cstheme="majorHAnsi"/>
          <w:szCs w:val="24"/>
        </w:rPr>
        <w:t xml:space="preserve">Potoční </w:t>
      </w:r>
      <w:proofErr w:type="spellStart"/>
      <w:r w:rsidRPr="009812F8">
        <w:rPr>
          <w:rFonts w:asciiTheme="majorHAnsi" w:hAnsiTheme="majorHAnsi" w:cstheme="majorHAnsi"/>
          <w:szCs w:val="24"/>
        </w:rPr>
        <w:t>niva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Bystrý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potok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="00BF10F1" w:rsidRPr="009812F8">
        <w:rPr>
          <w:rFonts w:asciiTheme="majorHAnsi" w:hAnsiTheme="majorHAnsi" w:cstheme="majorHAnsi"/>
          <w:szCs w:val="24"/>
        </w:rPr>
        <w:t>projde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BF10F1" w:rsidRPr="009812F8">
        <w:rPr>
          <w:rFonts w:asciiTheme="majorHAnsi" w:hAnsiTheme="majorHAnsi" w:cstheme="majorHAnsi"/>
          <w:szCs w:val="24"/>
        </w:rPr>
        <w:t>kompletní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revitaliz</w:t>
      </w:r>
      <w:r w:rsidR="00BF10F1" w:rsidRPr="009812F8">
        <w:rPr>
          <w:rFonts w:asciiTheme="majorHAnsi" w:hAnsiTheme="majorHAnsi" w:cstheme="majorHAnsi"/>
          <w:szCs w:val="24"/>
        </w:rPr>
        <w:t>ací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="00BF10F1" w:rsidRPr="009812F8">
        <w:rPr>
          <w:rFonts w:asciiTheme="majorHAnsi" w:hAnsiTheme="majorHAnsi" w:cstheme="majorHAnsi"/>
          <w:szCs w:val="24"/>
        </w:rPr>
        <w:t>prosvětlením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BF10F1" w:rsidRPr="009812F8">
        <w:rPr>
          <w:rFonts w:asciiTheme="majorHAnsi" w:hAnsiTheme="majorHAnsi" w:cstheme="majorHAnsi"/>
          <w:szCs w:val="24"/>
        </w:rPr>
        <w:t>břehů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BF10F1" w:rsidRPr="009812F8">
        <w:rPr>
          <w:rFonts w:asciiTheme="majorHAnsi" w:hAnsiTheme="majorHAnsi" w:cstheme="majorHAnsi"/>
          <w:szCs w:val="24"/>
        </w:rPr>
        <w:t>od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BF10F1" w:rsidRPr="009812F8">
        <w:rPr>
          <w:rFonts w:asciiTheme="majorHAnsi" w:hAnsiTheme="majorHAnsi" w:cstheme="majorHAnsi"/>
          <w:szCs w:val="24"/>
        </w:rPr>
        <w:t>náletů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. Potok </w:t>
      </w:r>
      <w:proofErr w:type="spellStart"/>
      <w:r w:rsidR="00BF10F1" w:rsidRPr="009812F8">
        <w:rPr>
          <w:rFonts w:asciiTheme="majorHAnsi" w:hAnsiTheme="majorHAnsi" w:cstheme="majorHAnsi"/>
          <w:szCs w:val="24"/>
        </w:rPr>
        <w:t>bude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slouži</w:t>
      </w:r>
      <w:r w:rsidR="00BF10F1" w:rsidRPr="009812F8">
        <w:rPr>
          <w:rFonts w:asciiTheme="majorHAnsi" w:hAnsiTheme="majorHAnsi" w:cstheme="majorHAnsi"/>
          <w:szCs w:val="24"/>
        </w:rPr>
        <w:t>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jako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štěrkonosný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fu</w:t>
      </w:r>
      <w:r w:rsidR="007B70B5" w:rsidRPr="009812F8">
        <w:rPr>
          <w:rFonts w:asciiTheme="majorHAnsi" w:hAnsiTheme="majorHAnsi" w:cstheme="majorHAnsi"/>
          <w:szCs w:val="24"/>
        </w:rPr>
        <w:t>n</w:t>
      </w:r>
      <w:r w:rsidRPr="009812F8">
        <w:rPr>
          <w:rFonts w:asciiTheme="majorHAnsi" w:hAnsiTheme="majorHAnsi" w:cstheme="majorHAnsi"/>
          <w:szCs w:val="24"/>
        </w:rPr>
        <w:t>kční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biotop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</w:t>
      </w:r>
      <w:r w:rsidR="00BF10F1" w:rsidRPr="009812F8">
        <w:rPr>
          <w:rFonts w:asciiTheme="majorHAnsi" w:hAnsiTheme="majorHAnsi" w:cstheme="majorHAnsi"/>
          <w:szCs w:val="24"/>
        </w:rPr>
        <w:t> </w:t>
      </w:r>
      <w:proofErr w:type="spellStart"/>
      <w:r w:rsidRPr="009812F8">
        <w:rPr>
          <w:rFonts w:asciiTheme="majorHAnsi" w:hAnsiTheme="majorHAnsi" w:cstheme="majorHAnsi"/>
          <w:szCs w:val="24"/>
        </w:rPr>
        <w:t>břehy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vhodnými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pro </w:t>
      </w:r>
      <w:proofErr w:type="spellStart"/>
      <w:r w:rsidRPr="009812F8">
        <w:rPr>
          <w:rFonts w:asciiTheme="majorHAnsi" w:hAnsiTheme="majorHAnsi" w:cstheme="majorHAnsi"/>
          <w:szCs w:val="24"/>
        </w:rPr>
        <w:t>posílení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ekologické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funkce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celé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lo</w:t>
      </w:r>
      <w:r w:rsidR="00BF10F1" w:rsidRPr="009812F8">
        <w:rPr>
          <w:rFonts w:asciiTheme="majorHAnsi" w:hAnsiTheme="majorHAnsi" w:cstheme="majorHAnsi"/>
          <w:szCs w:val="24"/>
        </w:rPr>
        <w:t>k</w:t>
      </w:r>
      <w:r w:rsidRPr="009812F8">
        <w:rPr>
          <w:rFonts w:asciiTheme="majorHAnsi" w:hAnsiTheme="majorHAnsi" w:cstheme="majorHAnsi"/>
          <w:szCs w:val="24"/>
        </w:rPr>
        <w:t>ality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="00BF10F1" w:rsidRPr="009812F8">
        <w:rPr>
          <w:rFonts w:asciiTheme="majorHAnsi" w:hAnsiTheme="majorHAnsi" w:cstheme="majorHAnsi"/>
          <w:szCs w:val="24"/>
        </w:rPr>
        <w:t>Cílem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je </w:t>
      </w:r>
      <w:proofErr w:type="spellStart"/>
      <w:r w:rsidR="00BF10F1" w:rsidRPr="009812F8">
        <w:rPr>
          <w:rFonts w:asciiTheme="majorHAnsi" w:hAnsiTheme="majorHAnsi" w:cstheme="majorHAnsi"/>
          <w:szCs w:val="24"/>
        </w:rPr>
        <w:t>podpořit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výskyt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vzácných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druhů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bezobratlých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A93F08" w:rsidRPr="009812F8">
        <w:rPr>
          <w:rFonts w:asciiTheme="majorHAnsi" w:hAnsiTheme="majorHAnsi" w:cstheme="majorHAnsi"/>
          <w:szCs w:val="24"/>
        </w:rPr>
        <w:t>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obratlovců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například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ledňáčka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říčního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 xml:space="preserve"> (</w:t>
      </w:r>
      <w:r w:rsidR="00BF10F1" w:rsidRPr="009812F8">
        <w:rPr>
          <w:rFonts w:asciiTheme="majorHAnsi" w:hAnsiTheme="majorHAnsi" w:cstheme="majorHAnsi"/>
          <w:i/>
          <w:iCs/>
          <w:szCs w:val="24"/>
        </w:rPr>
        <w:t xml:space="preserve">Alcedo </w:t>
      </w:r>
      <w:proofErr w:type="spellStart"/>
      <w:r w:rsidR="00BF10F1" w:rsidRPr="009812F8">
        <w:rPr>
          <w:rFonts w:asciiTheme="majorHAnsi" w:hAnsiTheme="majorHAnsi" w:cstheme="majorHAnsi"/>
          <w:i/>
          <w:iCs/>
          <w:szCs w:val="24"/>
        </w:rPr>
        <w:t>atthis</w:t>
      </w:r>
      <w:proofErr w:type="spellEnd"/>
      <w:r w:rsidR="00BF10F1" w:rsidRPr="009812F8">
        <w:rPr>
          <w:rFonts w:asciiTheme="majorHAnsi" w:hAnsiTheme="majorHAnsi" w:cstheme="majorHAnsi"/>
          <w:szCs w:val="24"/>
        </w:rPr>
        <w:t>)</w:t>
      </w:r>
      <w:r w:rsidRPr="009812F8">
        <w:rPr>
          <w:rFonts w:asciiTheme="majorHAnsi" w:hAnsiTheme="majorHAnsi" w:cstheme="majorHAnsi"/>
          <w:szCs w:val="24"/>
        </w:rPr>
        <w:t>).</w:t>
      </w:r>
    </w:p>
    <w:p w14:paraId="0CA57EE8" w14:textId="19476C0F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  <w:u w:val="single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  <w:u w:val="single"/>
        </w:rPr>
        <w:t>Lesopark</w:t>
      </w:r>
      <w:proofErr w:type="spellEnd"/>
      <w:r w:rsidRPr="009812F8">
        <w:rPr>
          <w:rFonts w:asciiTheme="majorHAnsi" w:hAnsiTheme="majorHAnsi" w:cstheme="majorHAnsi"/>
          <w:b/>
          <w:bCs/>
          <w:szCs w:val="24"/>
          <w:u w:val="single"/>
        </w:rPr>
        <w:t xml:space="preserve"> a arboretum:</w:t>
      </w:r>
    </w:p>
    <w:p w14:paraId="440237C3" w14:textId="0AC25D32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Vybudovaný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lesopark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z </w:t>
      </w:r>
      <w:proofErr w:type="spellStart"/>
      <w:r w:rsidRPr="009812F8">
        <w:rPr>
          <w:rFonts w:asciiTheme="majorHAnsi" w:hAnsiTheme="majorHAnsi" w:cstheme="majorHAnsi"/>
          <w:szCs w:val="24"/>
        </w:rPr>
        <w:t>části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kopíroval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valašskou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krajinu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tak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aby </w:t>
      </w:r>
      <w:proofErr w:type="spellStart"/>
      <w:r w:rsidRPr="009812F8">
        <w:rPr>
          <w:rFonts w:asciiTheme="majorHAnsi" w:hAnsiTheme="majorHAnsi" w:cstheme="majorHAnsi"/>
          <w:szCs w:val="24"/>
        </w:rPr>
        <w:t>poskytl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maximální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možné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útočiště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především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r w:rsidR="00400546" w:rsidRPr="009812F8">
        <w:rPr>
          <w:rFonts w:asciiTheme="majorHAnsi" w:hAnsiTheme="majorHAnsi" w:cstheme="majorHAnsi"/>
          <w:szCs w:val="24"/>
        </w:rPr>
        <w:t xml:space="preserve">pro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členovce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, ale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i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pro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obratlovce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</w:p>
    <w:p w14:paraId="2422177F" w14:textId="77777777" w:rsidR="00AF37B1" w:rsidRPr="009812F8" w:rsidRDefault="00AF37B1" w:rsidP="00BB6B05">
      <w:pPr>
        <w:jc w:val="both"/>
        <w:rPr>
          <w:rFonts w:asciiTheme="majorHAnsi" w:hAnsiTheme="majorHAnsi" w:cstheme="majorHAnsi"/>
          <w:szCs w:val="24"/>
        </w:rPr>
      </w:pPr>
    </w:p>
    <w:p w14:paraId="6184F02B" w14:textId="445FC0BA" w:rsidR="00AF37B1" w:rsidRPr="009812F8" w:rsidRDefault="00D675B2" w:rsidP="00B127C8">
      <w:pPr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Řídký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prosvětlený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les</w:t>
      </w:r>
    </w:p>
    <w:p w14:paraId="43FE7A90" w14:textId="21F68DEC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Prosvětlený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nebo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také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řídký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les je v </w:t>
      </w:r>
      <w:proofErr w:type="spellStart"/>
      <w:r w:rsidRPr="009812F8">
        <w:rPr>
          <w:rFonts w:asciiTheme="majorHAnsi" w:hAnsiTheme="majorHAnsi" w:cstheme="majorHAnsi"/>
          <w:szCs w:val="24"/>
        </w:rPr>
        <w:t>současné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době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nedostatkovým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biotopem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který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dodržení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základních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zásad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vhodné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skladbě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lesa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může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mít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příznivý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ekologický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přínos</w:t>
      </w:r>
      <w:proofErr w:type="spellEnd"/>
      <w:r w:rsidRPr="009812F8">
        <w:rPr>
          <w:rFonts w:asciiTheme="majorHAnsi" w:hAnsiTheme="majorHAnsi" w:cstheme="majorHAnsi"/>
          <w:szCs w:val="24"/>
        </w:rPr>
        <w:t>.</w:t>
      </w:r>
      <w:r w:rsidR="00400546" w:rsidRPr="009812F8">
        <w:rPr>
          <w:rFonts w:asciiTheme="majorHAnsi" w:hAnsiTheme="majorHAnsi" w:cstheme="majorHAnsi"/>
          <w:szCs w:val="24"/>
        </w:rPr>
        <w:t xml:space="preserve"> Aby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tento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lesní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celek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byl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dostatečně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velký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vnikl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na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území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obou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obcí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Kunčic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pod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Ondřejníkem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Tiché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>).</w:t>
      </w:r>
    </w:p>
    <w:p w14:paraId="14B0B118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Takováto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místa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mohou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sloužit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např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pro </w:t>
      </w:r>
      <w:proofErr w:type="spellStart"/>
      <w:r w:rsidRPr="009812F8">
        <w:rPr>
          <w:rFonts w:asciiTheme="majorHAnsi" w:hAnsiTheme="majorHAnsi" w:cstheme="majorHAnsi"/>
          <w:szCs w:val="24"/>
        </w:rPr>
        <w:t>lesní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mravence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kteří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jsou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v </w:t>
      </w:r>
      <w:proofErr w:type="spellStart"/>
      <w:r w:rsidRPr="009812F8">
        <w:rPr>
          <w:rFonts w:asciiTheme="majorHAnsi" w:hAnsiTheme="majorHAnsi" w:cstheme="majorHAnsi"/>
          <w:szCs w:val="24"/>
        </w:rPr>
        <w:t>Beskydech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dlouhodobě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ústupu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Lokálně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se </w:t>
      </w:r>
      <w:proofErr w:type="spellStart"/>
      <w:r w:rsidRPr="009812F8">
        <w:rPr>
          <w:rFonts w:asciiTheme="majorHAnsi" w:hAnsiTheme="majorHAnsi" w:cstheme="majorHAnsi"/>
          <w:szCs w:val="24"/>
        </w:rPr>
        <w:t>zde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vyskytuje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mravenec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lesní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r w:rsidRPr="009812F8">
        <w:rPr>
          <w:rFonts w:asciiTheme="majorHAnsi" w:hAnsiTheme="majorHAnsi" w:cstheme="majorHAnsi"/>
          <w:i/>
          <w:iCs/>
          <w:szCs w:val="24"/>
        </w:rPr>
        <w:t xml:space="preserve">Formica </w:t>
      </w:r>
      <w:proofErr w:type="spellStart"/>
      <w:r w:rsidRPr="009812F8">
        <w:rPr>
          <w:rFonts w:asciiTheme="majorHAnsi" w:hAnsiTheme="majorHAnsi" w:cstheme="majorHAnsi"/>
          <w:i/>
          <w:iCs/>
          <w:szCs w:val="24"/>
        </w:rPr>
        <w:t>rufa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), </w:t>
      </w:r>
      <w:proofErr w:type="spellStart"/>
      <w:r w:rsidRPr="009812F8">
        <w:rPr>
          <w:rFonts w:asciiTheme="majorHAnsi" w:hAnsiTheme="majorHAnsi" w:cstheme="majorHAnsi"/>
          <w:szCs w:val="24"/>
        </w:rPr>
        <w:t>který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szCs w:val="24"/>
        </w:rPr>
        <w:t>podobnou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lokalitu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přirozeně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osídlil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Významné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jsou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pro </w:t>
      </w:r>
      <w:proofErr w:type="spellStart"/>
      <w:r w:rsidRPr="009812F8">
        <w:rPr>
          <w:rFonts w:asciiTheme="majorHAnsi" w:hAnsiTheme="majorHAnsi" w:cstheme="majorHAnsi"/>
          <w:szCs w:val="24"/>
        </w:rPr>
        <w:t>hmyz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obecně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prosvětlené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lesy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se </w:t>
      </w:r>
      <w:proofErr w:type="spellStart"/>
      <w:r w:rsidRPr="009812F8">
        <w:rPr>
          <w:rFonts w:asciiTheme="majorHAnsi" w:hAnsiTheme="majorHAnsi" w:cstheme="majorHAnsi"/>
          <w:szCs w:val="24"/>
        </w:rPr>
        <w:t>váže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početné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společenstvo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nočních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motýlů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r w:rsidRPr="009812F8">
        <w:rPr>
          <w:rFonts w:asciiTheme="majorHAnsi" w:hAnsiTheme="majorHAnsi" w:cstheme="majorHAnsi"/>
          <w:i/>
          <w:iCs/>
          <w:szCs w:val="24"/>
        </w:rPr>
        <w:t>Lepidoptera</w:t>
      </w:r>
      <w:r w:rsidRPr="009812F8">
        <w:rPr>
          <w:rFonts w:asciiTheme="majorHAnsi" w:hAnsiTheme="majorHAnsi" w:cstheme="majorHAnsi"/>
          <w:szCs w:val="24"/>
        </w:rPr>
        <w:t xml:space="preserve">), </w:t>
      </w:r>
      <w:proofErr w:type="spellStart"/>
      <w:r w:rsidRPr="009812F8">
        <w:rPr>
          <w:rFonts w:asciiTheme="majorHAnsi" w:hAnsiTheme="majorHAnsi" w:cstheme="majorHAnsi"/>
          <w:szCs w:val="24"/>
        </w:rPr>
        <w:t>jejichž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housenky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pak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slouží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jako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potrava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pro </w:t>
      </w:r>
      <w:proofErr w:type="spellStart"/>
      <w:r w:rsidRPr="009812F8">
        <w:rPr>
          <w:rFonts w:asciiTheme="majorHAnsi" w:hAnsiTheme="majorHAnsi" w:cstheme="majorHAnsi"/>
          <w:szCs w:val="24"/>
        </w:rPr>
        <w:t>hmyzožravé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ptáky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</w:p>
    <w:p w14:paraId="1D481279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Jedním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z </w:t>
      </w:r>
      <w:proofErr w:type="spellStart"/>
      <w:r w:rsidRPr="009812F8">
        <w:rPr>
          <w:rFonts w:asciiTheme="majorHAnsi" w:hAnsiTheme="majorHAnsi" w:cstheme="majorHAnsi"/>
          <w:szCs w:val="24"/>
        </w:rPr>
        <w:t>nedostatkových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biotopů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je </w:t>
      </w:r>
      <w:proofErr w:type="spellStart"/>
      <w:r w:rsidRPr="009812F8">
        <w:rPr>
          <w:rFonts w:asciiTheme="majorHAnsi" w:hAnsiTheme="majorHAnsi" w:cstheme="majorHAnsi"/>
          <w:szCs w:val="24"/>
        </w:rPr>
        <w:t>řídký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prosvětlený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les, </w:t>
      </w:r>
      <w:proofErr w:type="spellStart"/>
      <w:r w:rsidRPr="009812F8">
        <w:rPr>
          <w:rFonts w:asciiTheme="majorHAnsi" w:hAnsiTheme="majorHAnsi" w:cstheme="majorHAnsi"/>
          <w:szCs w:val="24"/>
        </w:rPr>
        <w:t>který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se </w:t>
      </w:r>
      <w:proofErr w:type="spellStart"/>
      <w:r w:rsidRPr="009812F8">
        <w:rPr>
          <w:rFonts w:asciiTheme="majorHAnsi" w:hAnsiTheme="majorHAnsi" w:cstheme="majorHAnsi"/>
          <w:szCs w:val="24"/>
        </w:rPr>
        <w:t>dnes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prakticky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v </w:t>
      </w:r>
      <w:proofErr w:type="spellStart"/>
      <w:r w:rsidRPr="009812F8">
        <w:rPr>
          <w:rFonts w:asciiTheme="majorHAnsi" w:hAnsiTheme="majorHAnsi" w:cstheme="majorHAnsi"/>
          <w:szCs w:val="24"/>
        </w:rPr>
        <w:t>krajině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nevyskytuje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Lesnické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využití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vyžaduje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hustou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výsadbu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neudržované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zarůstají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díky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absenci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velkých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herbivorů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nebo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absenci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lidských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zásahů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Přitom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tento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les, </w:t>
      </w:r>
      <w:proofErr w:type="spellStart"/>
      <w:r w:rsidRPr="009812F8">
        <w:rPr>
          <w:rFonts w:asciiTheme="majorHAnsi" w:hAnsiTheme="majorHAnsi" w:cstheme="majorHAnsi"/>
          <w:szCs w:val="24"/>
        </w:rPr>
        <w:t>který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bude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mírném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svahu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orientován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jižním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směrem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představuje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místo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které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může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výrazně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posloužit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celé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řadě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vzácných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druhů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hmyzu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rostlin</w:t>
      </w:r>
      <w:proofErr w:type="spellEnd"/>
      <w:r w:rsidRPr="009812F8">
        <w:rPr>
          <w:rFonts w:asciiTheme="majorHAnsi" w:hAnsiTheme="majorHAnsi" w:cstheme="majorHAnsi"/>
          <w:szCs w:val="24"/>
        </w:rPr>
        <w:t>.</w:t>
      </w:r>
    </w:p>
    <w:p w14:paraId="70F97B9A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Například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lesním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mravencům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(r. </w:t>
      </w:r>
      <w:r w:rsidRPr="009812F8">
        <w:rPr>
          <w:rFonts w:asciiTheme="majorHAnsi" w:hAnsiTheme="majorHAnsi" w:cstheme="majorHAnsi"/>
          <w:i/>
          <w:iCs/>
          <w:szCs w:val="24"/>
        </w:rPr>
        <w:t>Formica</w:t>
      </w:r>
      <w:r w:rsidRPr="009812F8">
        <w:rPr>
          <w:rFonts w:asciiTheme="majorHAnsi" w:hAnsiTheme="majorHAnsi" w:cstheme="majorHAnsi"/>
          <w:szCs w:val="24"/>
        </w:rPr>
        <w:t xml:space="preserve">). Zde </w:t>
      </w:r>
      <w:proofErr w:type="spellStart"/>
      <w:r w:rsidRPr="009812F8">
        <w:rPr>
          <w:rFonts w:asciiTheme="majorHAnsi" w:hAnsiTheme="majorHAnsi" w:cstheme="majorHAnsi"/>
          <w:szCs w:val="24"/>
        </w:rPr>
        <w:t>navážeme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studie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ochranářské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práce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které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v </w:t>
      </w:r>
      <w:proofErr w:type="spellStart"/>
      <w:r w:rsidRPr="009812F8">
        <w:rPr>
          <w:rFonts w:asciiTheme="majorHAnsi" w:hAnsiTheme="majorHAnsi" w:cstheme="majorHAnsi"/>
          <w:szCs w:val="24"/>
        </w:rPr>
        <w:t>regionu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v </w:t>
      </w:r>
      <w:proofErr w:type="spellStart"/>
      <w:r w:rsidRPr="009812F8">
        <w:rPr>
          <w:rFonts w:asciiTheme="majorHAnsi" w:hAnsiTheme="majorHAnsi" w:cstheme="majorHAnsi"/>
          <w:szCs w:val="24"/>
        </w:rPr>
        <w:t>minulosti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realizovala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kunčická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pobočka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ČSOP ZO 68/01.</w:t>
      </w:r>
    </w:p>
    <w:p w14:paraId="2E07C65F" w14:textId="77777777" w:rsidR="00AF37B1" w:rsidRPr="009812F8" w:rsidRDefault="00AF37B1" w:rsidP="00BB6B05">
      <w:pPr>
        <w:jc w:val="both"/>
        <w:rPr>
          <w:rFonts w:asciiTheme="majorHAnsi" w:hAnsiTheme="majorHAnsi" w:cstheme="majorHAnsi"/>
          <w:szCs w:val="24"/>
        </w:rPr>
      </w:pPr>
    </w:p>
    <w:p w14:paraId="7B51F510" w14:textId="77777777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Broukoviště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loggery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>)</w:t>
      </w:r>
    </w:p>
    <w:p w14:paraId="12335CC1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Jedná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se o </w:t>
      </w:r>
      <w:proofErr w:type="spellStart"/>
      <w:r w:rsidRPr="009812F8">
        <w:rPr>
          <w:rFonts w:asciiTheme="majorHAnsi" w:hAnsiTheme="majorHAnsi" w:cstheme="majorHAnsi"/>
          <w:szCs w:val="24"/>
        </w:rPr>
        <w:t>novou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ale v ČR </w:t>
      </w:r>
      <w:proofErr w:type="spellStart"/>
      <w:r w:rsidRPr="009812F8">
        <w:rPr>
          <w:rFonts w:asciiTheme="majorHAnsi" w:hAnsiTheme="majorHAnsi" w:cstheme="majorHAnsi"/>
          <w:szCs w:val="24"/>
        </w:rPr>
        <w:t>zatím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opomíjenou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formu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ochrany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hmyzu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Jedná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se o </w:t>
      </w:r>
      <w:proofErr w:type="spellStart"/>
      <w:r w:rsidRPr="009812F8">
        <w:rPr>
          <w:rFonts w:asciiTheme="majorHAnsi" w:hAnsiTheme="majorHAnsi" w:cstheme="majorHAnsi"/>
          <w:szCs w:val="24"/>
        </w:rPr>
        <w:t>shromaždiště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starých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kmenů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již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 </w:t>
      </w:r>
      <w:proofErr w:type="spellStart"/>
      <w:r w:rsidRPr="009812F8">
        <w:rPr>
          <w:rFonts w:asciiTheme="majorHAnsi" w:hAnsiTheme="majorHAnsi" w:cstheme="majorHAnsi"/>
          <w:szCs w:val="24"/>
        </w:rPr>
        <w:t>larvami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hmyzu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) a </w:t>
      </w:r>
      <w:proofErr w:type="spellStart"/>
      <w:r w:rsidRPr="009812F8">
        <w:rPr>
          <w:rFonts w:asciiTheme="majorHAnsi" w:hAnsiTheme="majorHAnsi" w:cstheme="majorHAnsi"/>
          <w:szCs w:val="24"/>
        </w:rPr>
        <w:t>zároveň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nového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dřeva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v </w:t>
      </w:r>
      <w:proofErr w:type="spellStart"/>
      <w:r w:rsidRPr="009812F8">
        <w:rPr>
          <w:rFonts w:asciiTheme="majorHAnsi" w:hAnsiTheme="majorHAnsi" w:cstheme="majorHAnsi"/>
          <w:szCs w:val="24"/>
        </w:rPr>
        <w:t>kulatině</w:t>
      </w:r>
      <w:proofErr w:type="spellEnd"/>
      <w:r w:rsidRPr="009812F8">
        <w:rPr>
          <w:rFonts w:asciiTheme="majorHAnsi" w:hAnsiTheme="majorHAnsi" w:cstheme="majorHAnsi"/>
          <w:szCs w:val="24"/>
        </w:rPr>
        <w:t>.</w:t>
      </w:r>
    </w:p>
    <w:p w14:paraId="577A07FE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r w:rsidRPr="009812F8">
        <w:rPr>
          <w:rFonts w:asciiTheme="majorHAnsi" w:hAnsiTheme="majorHAnsi" w:cstheme="majorHAnsi"/>
          <w:szCs w:val="24"/>
        </w:rPr>
        <w:t xml:space="preserve">Na </w:t>
      </w:r>
      <w:proofErr w:type="spellStart"/>
      <w:r w:rsidRPr="009812F8">
        <w:rPr>
          <w:rFonts w:asciiTheme="majorHAnsi" w:hAnsiTheme="majorHAnsi" w:cstheme="majorHAnsi"/>
          <w:szCs w:val="24"/>
        </w:rPr>
        <w:t>broukoviště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se </w:t>
      </w:r>
      <w:proofErr w:type="spellStart"/>
      <w:r w:rsidRPr="009812F8">
        <w:rPr>
          <w:rFonts w:asciiTheme="majorHAnsi" w:hAnsiTheme="majorHAnsi" w:cstheme="majorHAnsi"/>
          <w:szCs w:val="24"/>
        </w:rPr>
        <w:t>také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umísťují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velké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dřevěné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makety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xylofágního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hmyzu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což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následně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pomáhá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 </w:t>
      </w:r>
      <w:proofErr w:type="spellStart"/>
      <w:r w:rsidRPr="009812F8">
        <w:rPr>
          <w:rFonts w:asciiTheme="majorHAnsi" w:hAnsiTheme="majorHAnsi" w:cstheme="majorHAnsi"/>
          <w:szCs w:val="24"/>
        </w:rPr>
        <w:t>vysvětlením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potřebnosti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broukovišt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širší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veřejnosti</w:t>
      </w:r>
      <w:proofErr w:type="spellEnd"/>
      <w:r w:rsidRPr="009812F8">
        <w:rPr>
          <w:rFonts w:asciiTheme="majorHAnsi" w:hAnsiTheme="majorHAnsi" w:cstheme="majorHAnsi"/>
          <w:szCs w:val="24"/>
        </w:rPr>
        <w:t>.</w:t>
      </w:r>
    </w:p>
    <w:p w14:paraId="7F9177BB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r w:rsidRPr="009812F8">
        <w:rPr>
          <w:rFonts w:asciiTheme="majorHAnsi" w:hAnsiTheme="majorHAnsi" w:cstheme="majorHAnsi"/>
          <w:szCs w:val="24"/>
        </w:rPr>
        <w:t xml:space="preserve">Mimo </w:t>
      </w:r>
      <w:proofErr w:type="spellStart"/>
      <w:r w:rsidRPr="009812F8">
        <w:rPr>
          <w:rFonts w:asciiTheme="majorHAnsi" w:hAnsiTheme="majorHAnsi" w:cstheme="majorHAnsi"/>
          <w:szCs w:val="24"/>
        </w:rPr>
        <w:t>jedno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centrální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broukoviště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se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vhodných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místech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umístily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padlé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kmeny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stromů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nebo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ponechaly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stávající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), aby se </w:t>
      </w:r>
      <w:proofErr w:type="spellStart"/>
      <w:r w:rsidRPr="009812F8">
        <w:rPr>
          <w:rFonts w:asciiTheme="majorHAnsi" w:hAnsiTheme="majorHAnsi" w:cstheme="majorHAnsi"/>
          <w:szCs w:val="24"/>
        </w:rPr>
        <w:t>podpořil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růst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saprofytických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hub </w:t>
      </w:r>
      <w:proofErr w:type="spellStart"/>
      <w:r w:rsidRPr="009812F8">
        <w:rPr>
          <w:rFonts w:asciiTheme="majorHAnsi" w:hAnsiTheme="majorHAnsi" w:cstheme="majorHAnsi"/>
          <w:szCs w:val="24"/>
        </w:rPr>
        <w:t>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xylofágního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hmyzu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mimo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centrální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broukoviště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Část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zde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rostoucích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odumírajících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stromů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je </w:t>
      </w:r>
      <w:proofErr w:type="spellStart"/>
      <w:r w:rsidRPr="009812F8">
        <w:rPr>
          <w:rFonts w:asciiTheme="majorHAnsi" w:hAnsiTheme="majorHAnsi" w:cstheme="majorHAnsi"/>
          <w:szCs w:val="24"/>
        </w:rPr>
        <w:t>možno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ořezat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torzo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demonstrovat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význam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tohoto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zásahu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čili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ne </w:t>
      </w:r>
      <w:proofErr w:type="spellStart"/>
      <w:r w:rsidRPr="009812F8">
        <w:rPr>
          <w:rFonts w:asciiTheme="majorHAnsi" w:hAnsiTheme="majorHAnsi" w:cstheme="majorHAnsi"/>
          <w:szCs w:val="24"/>
        </w:rPr>
        <w:t>odstranění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pařez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) pro </w:t>
      </w:r>
      <w:proofErr w:type="spellStart"/>
      <w:r w:rsidRPr="009812F8">
        <w:rPr>
          <w:rFonts w:asciiTheme="majorHAnsi" w:hAnsiTheme="majorHAnsi" w:cstheme="majorHAnsi"/>
          <w:szCs w:val="24"/>
        </w:rPr>
        <w:t>ochranu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přírody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– </w:t>
      </w:r>
      <w:proofErr w:type="spellStart"/>
      <w:r w:rsidRPr="009812F8">
        <w:rPr>
          <w:rFonts w:asciiTheme="majorHAnsi" w:hAnsiTheme="majorHAnsi" w:cstheme="majorHAnsi"/>
          <w:szCs w:val="24"/>
        </w:rPr>
        <w:t>bude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patrné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zmlazení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znovuoživení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starého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strumu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– </w:t>
      </w:r>
      <w:proofErr w:type="spellStart"/>
      <w:r w:rsidRPr="009812F8">
        <w:rPr>
          <w:rFonts w:asciiTheme="majorHAnsi" w:hAnsiTheme="majorHAnsi" w:cstheme="majorHAnsi"/>
          <w:szCs w:val="24"/>
        </w:rPr>
        <w:t>podpora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proměny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estetického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vnímání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biotopů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se </w:t>
      </w:r>
      <w:proofErr w:type="spellStart"/>
      <w:r w:rsidRPr="009812F8">
        <w:rPr>
          <w:rFonts w:asciiTheme="majorHAnsi" w:hAnsiTheme="majorHAnsi" w:cstheme="majorHAnsi"/>
          <w:szCs w:val="24"/>
        </w:rPr>
        <w:t>starými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stromy</w:t>
      </w:r>
      <w:proofErr w:type="spellEnd"/>
      <w:r w:rsidRPr="009812F8">
        <w:rPr>
          <w:rFonts w:asciiTheme="majorHAnsi" w:hAnsiTheme="majorHAnsi" w:cstheme="majorHAnsi"/>
          <w:szCs w:val="24"/>
        </w:rPr>
        <w:t>.</w:t>
      </w:r>
    </w:p>
    <w:p w14:paraId="67C363E4" w14:textId="77777777" w:rsidR="00AF37B1" w:rsidRPr="009812F8" w:rsidRDefault="00AF37B1" w:rsidP="00BB6B05">
      <w:pPr>
        <w:jc w:val="both"/>
        <w:rPr>
          <w:rFonts w:asciiTheme="majorHAnsi" w:hAnsiTheme="majorHAnsi" w:cstheme="majorHAnsi"/>
          <w:szCs w:val="24"/>
        </w:rPr>
      </w:pPr>
    </w:p>
    <w:p w14:paraId="4DDC0422" w14:textId="77777777" w:rsidR="00AF37B1" w:rsidRPr="009812F8" w:rsidRDefault="00D675B2" w:rsidP="00B33A2B">
      <w:pPr>
        <w:jc w:val="both"/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Útočiště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pro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plazy</w:t>
      </w:r>
      <w:proofErr w:type="spellEnd"/>
    </w:p>
    <w:p w14:paraId="0C97722F" w14:textId="77777777" w:rsidR="00AF37B1" w:rsidRPr="009812F8" w:rsidRDefault="00D675B2" w:rsidP="00B33A2B">
      <w:pPr>
        <w:jc w:val="both"/>
        <w:rPr>
          <w:rFonts w:asciiTheme="majorHAnsi" w:hAnsiTheme="majorHAnsi" w:cstheme="majorHAnsi"/>
          <w:szCs w:val="24"/>
        </w:rPr>
      </w:pPr>
      <w:r w:rsidRPr="009812F8">
        <w:rPr>
          <w:rFonts w:asciiTheme="majorHAnsi" w:hAnsiTheme="majorHAnsi" w:cstheme="majorHAnsi"/>
          <w:szCs w:val="24"/>
        </w:rPr>
        <w:t xml:space="preserve">Na </w:t>
      </w:r>
      <w:proofErr w:type="spellStart"/>
      <w:r w:rsidRPr="009812F8">
        <w:rPr>
          <w:rFonts w:asciiTheme="majorHAnsi" w:hAnsiTheme="majorHAnsi" w:cstheme="majorHAnsi"/>
          <w:szCs w:val="24"/>
        </w:rPr>
        <w:t>více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místech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v </w:t>
      </w:r>
      <w:proofErr w:type="spellStart"/>
      <w:r w:rsidRPr="009812F8">
        <w:rPr>
          <w:rFonts w:asciiTheme="majorHAnsi" w:hAnsiTheme="majorHAnsi" w:cstheme="majorHAnsi"/>
          <w:szCs w:val="24"/>
        </w:rPr>
        <w:t>ploše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byly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umístěny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zídky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hromady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loženého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kamení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kruhové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kamenné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„</w:t>
      </w:r>
      <w:proofErr w:type="spellStart"/>
      <w:r w:rsidRPr="009812F8">
        <w:rPr>
          <w:rFonts w:asciiTheme="majorHAnsi" w:hAnsiTheme="majorHAnsi" w:cstheme="majorHAnsi"/>
          <w:szCs w:val="24"/>
        </w:rPr>
        <w:t>věže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“. Ty by </w:t>
      </w:r>
      <w:proofErr w:type="spellStart"/>
      <w:r w:rsidRPr="009812F8">
        <w:rPr>
          <w:rFonts w:asciiTheme="majorHAnsi" w:hAnsiTheme="majorHAnsi" w:cstheme="majorHAnsi"/>
          <w:szCs w:val="24"/>
        </w:rPr>
        <w:t>vždy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byly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orientovány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jižním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nebo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jihovýchodním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směrem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kvůli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slunečnímu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záření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Na </w:t>
      </w:r>
      <w:proofErr w:type="spellStart"/>
      <w:r w:rsidRPr="009812F8">
        <w:rPr>
          <w:rFonts w:asciiTheme="majorHAnsi" w:hAnsiTheme="majorHAnsi" w:cstheme="majorHAnsi"/>
          <w:szCs w:val="24"/>
        </w:rPr>
        <w:t>odlehlejších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místech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by </w:t>
      </w:r>
      <w:proofErr w:type="spellStart"/>
      <w:r w:rsidRPr="009812F8">
        <w:rPr>
          <w:rFonts w:asciiTheme="majorHAnsi" w:hAnsiTheme="majorHAnsi" w:cstheme="majorHAnsi"/>
          <w:szCs w:val="24"/>
        </w:rPr>
        <w:t>tyto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kamenné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útočiště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byly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doplněny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sypkou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plochou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pro </w:t>
      </w:r>
      <w:proofErr w:type="spellStart"/>
      <w:r w:rsidRPr="009812F8">
        <w:rPr>
          <w:rFonts w:asciiTheme="majorHAnsi" w:hAnsiTheme="majorHAnsi" w:cstheme="majorHAnsi"/>
          <w:szCs w:val="24"/>
        </w:rPr>
        <w:t>kladení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vajec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plazů</w:t>
      </w:r>
      <w:proofErr w:type="spellEnd"/>
      <w:r w:rsidRPr="009812F8">
        <w:rPr>
          <w:rFonts w:asciiTheme="majorHAnsi" w:hAnsiTheme="majorHAnsi" w:cstheme="majorHAnsi"/>
          <w:szCs w:val="24"/>
        </w:rPr>
        <w:t>.</w:t>
      </w:r>
    </w:p>
    <w:p w14:paraId="6DE9C975" w14:textId="53DAB7E9" w:rsidR="00DE74A9" w:rsidRPr="009812F8" w:rsidRDefault="00DE74A9">
      <w:pPr>
        <w:rPr>
          <w:rFonts w:asciiTheme="majorHAnsi" w:hAnsiTheme="majorHAnsi" w:cstheme="majorHAnsi"/>
          <w:b/>
          <w:bCs/>
          <w:szCs w:val="24"/>
        </w:rPr>
      </w:pPr>
    </w:p>
    <w:p w14:paraId="1EB724DB" w14:textId="7973E374" w:rsidR="00AF37B1" w:rsidRPr="009812F8" w:rsidRDefault="00D675B2" w:rsidP="00D323AD">
      <w:pPr>
        <w:jc w:val="both"/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lastRenderedPageBreak/>
        <w:t>Kompostové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hromady</w:t>
      </w:r>
      <w:proofErr w:type="spellEnd"/>
    </w:p>
    <w:p w14:paraId="730DA2FF" w14:textId="7D6E43CC" w:rsidR="00AF37B1" w:rsidRPr="009812F8" w:rsidRDefault="00D675B2" w:rsidP="00D323AD">
      <w:pPr>
        <w:jc w:val="both"/>
        <w:rPr>
          <w:rFonts w:asciiTheme="majorHAnsi" w:hAnsiTheme="majorHAnsi" w:cstheme="majorHAnsi"/>
          <w:szCs w:val="24"/>
        </w:rPr>
      </w:pPr>
      <w:r w:rsidRPr="009812F8">
        <w:rPr>
          <w:rFonts w:asciiTheme="majorHAnsi" w:hAnsiTheme="majorHAnsi" w:cstheme="majorHAnsi"/>
          <w:szCs w:val="24"/>
        </w:rPr>
        <w:t xml:space="preserve">Tyto </w:t>
      </w:r>
      <w:proofErr w:type="spellStart"/>
      <w:r w:rsidRPr="009812F8">
        <w:rPr>
          <w:rFonts w:asciiTheme="majorHAnsi" w:hAnsiTheme="majorHAnsi" w:cstheme="majorHAnsi"/>
          <w:szCs w:val="24"/>
        </w:rPr>
        <w:t>plochy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slouží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k </w:t>
      </w:r>
      <w:proofErr w:type="spellStart"/>
      <w:r w:rsidRPr="009812F8">
        <w:rPr>
          <w:rFonts w:asciiTheme="majorHAnsi" w:hAnsiTheme="majorHAnsi" w:cstheme="majorHAnsi"/>
          <w:szCs w:val="24"/>
        </w:rPr>
        <w:t>zazimování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hmyzu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plazům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savcům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ježkům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). </w:t>
      </w:r>
      <w:proofErr w:type="spellStart"/>
      <w:r w:rsidRPr="009812F8">
        <w:rPr>
          <w:rFonts w:asciiTheme="majorHAnsi" w:hAnsiTheme="majorHAnsi" w:cstheme="majorHAnsi"/>
          <w:szCs w:val="24"/>
        </w:rPr>
        <w:t>Jedna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z </w:t>
      </w:r>
      <w:proofErr w:type="spellStart"/>
      <w:r w:rsidRPr="009812F8">
        <w:rPr>
          <w:rFonts w:asciiTheme="majorHAnsi" w:hAnsiTheme="majorHAnsi" w:cstheme="majorHAnsi"/>
          <w:szCs w:val="24"/>
        </w:rPr>
        <w:t>kompostových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hromad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szCs w:val="24"/>
        </w:rPr>
        <w:t>byla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z </w:t>
      </w:r>
      <w:proofErr w:type="spellStart"/>
      <w:r w:rsidRPr="009812F8">
        <w:rPr>
          <w:rFonts w:asciiTheme="majorHAnsi" w:hAnsiTheme="majorHAnsi" w:cstheme="majorHAnsi"/>
          <w:szCs w:val="24"/>
        </w:rPr>
        <w:t>prokládaných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větví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pomezí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lesa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může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být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poblíž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broukoviště</w:t>
      </w:r>
      <w:proofErr w:type="spellEnd"/>
      <w:r w:rsidRPr="009812F8">
        <w:rPr>
          <w:rFonts w:asciiTheme="majorHAnsi" w:hAnsiTheme="majorHAnsi" w:cstheme="majorHAnsi"/>
          <w:szCs w:val="24"/>
        </w:rPr>
        <w:t>)</w:t>
      </w:r>
      <w:r w:rsidR="00400546" w:rsidRPr="009812F8">
        <w:rPr>
          <w:rFonts w:asciiTheme="majorHAnsi" w:hAnsiTheme="majorHAnsi" w:cstheme="majorHAnsi"/>
          <w:szCs w:val="24"/>
        </w:rPr>
        <w:t xml:space="preserve"> I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uvnitř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lesního</w:t>
      </w:r>
      <w:proofErr w:type="spellEnd"/>
      <w:r w:rsidR="00400546"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="00400546" w:rsidRPr="009812F8">
        <w:rPr>
          <w:rFonts w:asciiTheme="majorHAnsi" w:hAnsiTheme="majorHAnsi" w:cstheme="majorHAnsi"/>
          <w:szCs w:val="24"/>
        </w:rPr>
        <w:t>porostu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Větší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větve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zadržují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tvar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prostor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mezi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nimi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szCs w:val="24"/>
        </w:rPr>
        <w:t>byl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vyplněn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štěpkou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listím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trávou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</w:p>
    <w:p w14:paraId="6D330EBD" w14:textId="77777777" w:rsidR="00AF37B1" w:rsidRPr="009812F8" w:rsidRDefault="00CC2A10" w:rsidP="00D323AD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Další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kompostové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hromady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szCs w:val="24"/>
        </w:rPr>
        <w:t>měla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szCs w:val="24"/>
        </w:rPr>
        <w:t>plnit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praktickou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funkci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uskladnění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štěpky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a </w:t>
      </w:r>
      <w:proofErr w:type="spellStart"/>
      <w:r w:rsidRPr="009812F8">
        <w:rPr>
          <w:rFonts w:asciiTheme="majorHAnsi" w:hAnsiTheme="majorHAnsi" w:cstheme="majorHAnsi"/>
          <w:szCs w:val="24"/>
        </w:rPr>
        <w:t>především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posečené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trávy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). Toto </w:t>
      </w:r>
      <w:proofErr w:type="spellStart"/>
      <w:r w:rsidRPr="009812F8">
        <w:rPr>
          <w:rFonts w:asciiTheme="majorHAnsi" w:hAnsiTheme="majorHAnsi" w:cstheme="majorHAnsi"/>
          <w:szCs w:val="24"/>
        </w:rPr>
        <w:t>kompostové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úložiště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szCs w:val="24"/>
        </w:rPr>
        <w:t>bylo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větší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cca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3*5 m), aby se v </w:t>
      </w:r>
      <w:proofErr w:type="spellStart"/>
      <w:r w:rsidRPr="009812F8">
        <w:rPr>
          <w:rFonts w:asciiTheme="majorHAnsi" w:hAnsiTheme="majorHAnsi" w:cstheme="majorHAnsi"/>
          <w:szCs w:val="24"/>
        </w:rPr>
        <w:t>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dalo </w:t>
      </w:r>
      <w:proofErr w:type="spellStart"/>
      <w:r w:rsidRPr="009812F8">
        <w:rPr>
          <w:rFonts w:asciiTheme="majorHAnsi" w:hAnsiTheme="majorHAnsi" w:cstheme="majorHAnsi"/>
          <w:szCs w:val="24"/>
        </w:rPr>
        <w:t>snadno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manipulovat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uskladňovat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posečenou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trávu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 </w:t>
      </w:r>
    </w:p>
    <w:p w14:paraId="5AC95D79" w14:textId="77777777" w:rsidR="00AF37B1" w:rsidRPr="009812F8" w:rsidRDefault="00AF37B1" w:rsidP="00D323AD">
      <w:pPr>
        <w:jc w:val="both"/>
        <w:rPr>
          <w:rFonts w:asciiTheme="majorHAnsi" w:hAnsiTheme="majorHAnsi" w:cstheme="majorHAnsi"/>
          <w:szCs w:val="24"/>
        </w:rPr>
      </w:pPr>
    </w:p>
    <w:p w14:paraId="7A13CBB0" w14:textId="686F4BD6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Květnatá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louka</w:t>
      </w:r>
      <w:proofErr w:type="spellEnd"/>
    </w:p>
    <w:p w14:paraId="647A0BE2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r w:rsidRPr="009812F8">
        <w:rPr>
          <w:rFonts w:asciiTheme="majorHAnsi" w:hAnsiTheme="majorHAnsi" w:cstheme="majorHAnsi"/>
          <w:szCs w:val="24"/>
        </w:rPr>
        <w:t xml:space="preserve">Na </w:t>
      </w:r>
      <w:proofErr w:type="spellStart"/>
      <w:r w:rsidRPr="009812F8">
        <w:rPr>
          <w:rFonts w:asciiTheme="majorHAnsi" w:hAnsiTheme="majorHAnsi" w:cstheme="majorHAnsi"/>
          <w:szCs w:val="24"/>
        </w:rPr>
        <w:t>vhodné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části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bezlesí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szCs w:val="24"/>
        </w:rPr>
        <w:t>byla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obnovena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typická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beskydská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květnatá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louka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která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byla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naprosto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běžným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typem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lučního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porostu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před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zcelováním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pozemků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hnojením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dosevy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produkčních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lučních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směsí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– </w:t>
      </w:r>
      <w:proofErr w:type="spellStart"/>
      <w:r w:rsidRPr="009812F8">
        <w:rPr>
          <w:rFonts w:asciiTheme="majorHAnsi" w:hAnsiTheme="majorHAnsi" w:cstheme="majorHAnsi"/>
          <w:szCs w:val="24"/>
        </w:rPr>
        <w:t>vše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realizováno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zrychlujícím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tempu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po </w:t>
      </w:r>
      <w:proofErr w:type="spellStart"/>
      <w:r w:rsidRPr="009812F8">
        <w:rPr>
          <w:rFonts w:asciiTheme="majorHAnsi" w:hAnsiTheme="majorHAnsi" w:cstheme="majorHAnsi"/>
          <w:szCs w:val="24"/>
        </w:rPr>
        <w:t>roce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cca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1970 </w:t>
      </w:r>
      <w:proofErr w:type="spellStart"/>
      <w:r w:rsidRPr="009812F8">
        <w:rPr>
          <w:rFonts w:asciiTheme="majorHAnsi" w:hAnsiTheme="majorHAnsi" w:cstheme="majorHAnsi"/>
          <w:szCs w:val="24"/>
        </w:rPr>
        <w:t>až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do </w:t>
      </w:r>
      <w:proofErr w:type="spellStart"/>
      <w:r w:rsidRPr="009812F8">
        <w:rPr>
          <w:rFonts w:asciiTheme="majorHAnsi" w:hAnsiTheme="majorHAnsi" w:cstheme="majorHAnsi"/>
          <w:szCs w:val="24"/>
        </w:rPr>
        <w:t>současné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doby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Výsevy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szCs w:val="24"/>
        </w:rPr>
        <w:t>byly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praktikovány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odborníky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doporučenou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semennou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směsí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za </w:t>
      </w:r>
      <w:proofErr w:type="spellStart"/>
      <w:r w:rsidRPr="009812F8">
        <w:rPr>
          <w:rFonts w:asciiTheme="majorHAnsi" w:hAnsiTheme="majorHAnsi" w:cstheme="majorHAnsi"/>
          <w:szCs w:val="24"/>
        </w:rPr>
        <w:t>předchozí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povrchové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úpravy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louky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proofErr w:type="spellStart"/>
      <w:r w:rsidRPr="009812F8">
        <w:rPr>
          <w:rFonts w:asciiTheme="majorHAnsi" w:hAnsiTheme="majorHAnsi" w:cstheme="majorHAnsi"/>
          <w:szCs w:val="24"/>
        </w:rPr>
        <w:t>částečně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stržený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drn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bránování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vytvoření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drobných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depresí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elevací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v </w:t>
      </w:r>
      <w:proofErr w:type="spellStart"/>
      <w:r w:rsidRPr="009812F8">
        <w:rPr>
          <w:rFonts w:asciiTheme="majorHAnsi" w:hAnsiTheme="majorHAnsi" w:cstheme="majorHAnsi"/>
          <w:szCs w:val="24"/>
        </w:rPr>
        <w:t>terénu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). </w:t>
      </w:r>
      <w:proofErr w:type="spellStart"/>
      <w:r w:rsidRPr="009812F8">
        <w:rPr>
          <w:rFonts w:asciiTheme="majorHAnsi" w:hAnsiTheme="majorHAnsi" w:cstheme="majorHAnsi"/>
          <w:szCs w:val="24"/>
        </w:rPr>
        <w:t>Cílem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je </w:t>
      </w:r>
      <w:proofErr w:type="spellStart"/>
      <w:r w:rsidRPr="009812F8">
        <w:rPr>
          <w:rFonts w:asciiTheme="majorHAnsi" w:hAnsiTheme="majorHAnsi" w:cstheme="majorHAnsi"/>
          <w:szCs w:val="24"/>
        </w:rPr>
        <w:t>mít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omezeném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prostoru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co </w:t>
      </w:r>
      <w:proofErr w:type="spellStart"/>
      <w:r w:rsidRPr="009812F8">
        <w:rPr>
          <w:rFonts w:asciiTheme="majorHAnsi" w:hAnsiTheme="majorHAnsi" w:cstheme="majorHAnsi"/>
          <w:szCs w:val="24"/>
        </w:rPr>
        <w:t>nejpestřejší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nabídku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lučních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biotopů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co se </w:t>
      </w:r>
      <w:proofErr w:type="spellStart"/>
      <w:r w:rsidRPr="009812F8">
        <w:rPr>
          <w:rFonts w:asciiTheme="majorHAnsi" w:hAnsiTheme="majorHAnsi" w:cstheme="majorHAnsi"/>
          <w:szCs w:val="24"/>
        </w:rPr>
        <w:t>druhového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složení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bylina </w:t>
      </w:r>
      <w:proofErr w:type="spellStart"/>
      <w:r w:rsidRPr="009812F8">
        <w:rPr>
          <w:rFonts w:asciiTheme="majorHAnsi" w:hAnsiTheme="majorHAnsi" w:cstheme="majorHAnsi"/>
          <w:szCs w:val="24"/>
        </w:rPr>
        <w:t>travin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struktury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porostu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týče</w:t>
      </w:r>
      <w:proofErr w:type="spellEnd"/>
      <w:r w:rsidRPr="009812F8">
        <w:rPr>
          <w:rFonts w:asciiTheme="majorHAnsi" w:hAnsiTheme="majorHAnsi" w:cstheme="majorHAnsi"/>
          <w:szCs w:val="24"/>
        </w:rPr>
        <w:t>.</w:t>
      </w:r>
    </w:p>
    <w:p w14:paraId="3926BB23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Květnaté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louky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jsou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nezbytným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biotopem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pro </w:t>
      </w:r>
      <w:proofErr w:type="spellStart"/>
      <w:r w:rsidRPr="009812F8">
        <w:rPr>
          <w:rFonts w:asciiTheme="majorHAnsi" w:hAnsiTheme="majorHAnsi" w:cstheme="majorHAnsi"/>
          <w:szCs w:val="24"/>
        </w:rPr>
        <w:t>řadu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hmyzích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společenství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</w:t>
      </w:r>
      <w:proofErr w:type="spellStart"/>
      <w:r w:rsidRPr="009812F8">
        <w:rPr>
          <w:rFonts w:asciiTheme="majorHAnsi" w:hAnsiTheme="majorHAnsi" w:cstheme="majorHAnsi"/>
          <w:szCs w:val="24"/>
        </w:rPr>
        <w:t>především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však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pro </w:t>
      </w:r>
      <w:proofErr w:type="spellStart"/>
      <w:r w:rsidRPr="009812F8">
        <w:rPr>
          <w:rFonts w:asciiTheme="majorHAnsi" w:hAnsiTheme="majorHAnsi" w:cstheme="majorHAnsi"/>
          <w:szCs w:val="24"/>
        </w:rPr>
        <w:t>motýly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(</w:t>
      </w:r>
      <w:r w:rsidRPr="009812F8">
        <w:rPr>
          <w:rFonts w:asciiTheme="majorHAnsi" w:hAnsiTheme="majorHAnsi" w:cstheme="majorHAnsi"/>
          <w:i/>
          <w:iCs/>
          <w:szCs w:val="24"/>
        </w:rPr>
        <w:t>Lepidoptera</w:t>
      </w:r>
      <w:r w:rsidRPr="009812F8">
        <w:rPr>
          <w:rFonts w:asciiTheme="majorHAnsi" w:hAnsiTheme="majorHAnsi" w:cstheme="majorHAnsi"/>
          <w:szCs w:val="24"/>
        </w:rPr>
        <w:t>).</w:t>
      </w:r>
    </w:p>
    <w:p w14:paraId="1DE605FC" w14:textId="77777777" w:rsidR="00AF37B1" w:rsidRPr="009812F8" w:rsidRDefault="00AF37B1" w:rsidP="00BB6B05">
      <w:pPr>
        <w:jc w:val="both"/>
        <w:rPr>
          <w:rFonts w:asciiTheme="majorHAnsi" w:hAnsiTheme="majorHAnsi" w:cstheme="majorHAnsi"/>
          <w:szCs w:val="24"/>
        </w:rPr>
      </w:pPr>
    </w:p>
    <w:p w14:paraId="1C8046FA" w14:textId="77777777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Tradiční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údržba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korun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stromů</w:t>
      </w:r>
      <w:proofErr w:type="spellEnd"/>
    </w:p>
    <w:p w14:paraId="002FA1AB" w14:textId="73E2ABE0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  <w:lang w:val="pl-PL"/>
        </w:rPr>
      </w:pPr>
      <w:proofErr w:type="spellStart"/>
      <w:r w:rsidRPr="009812F8">
        <w:rPr>
          <w:rFonts w:asciiTheme="majorHAnsi" w:hAnsiTheme="majorHAnsi" w:cstheme="majorHAnsi"/>
          <w:szCs w:val="24"/>
        </w:rPr>
        <w:t>Důležitou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součástí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úpravy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stromů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v 19. </w:t>
      </w:r>
      <w:proofErr w:type="spellStart"/>
      <w:r w:rsidRPr="009812F8">
        <w:rPr>
          <w:rFonts w:asciiTheme="majorHAnsi" w:hAnsiTheme="majorHAnsi" w:cstheme="majorHAnsi"/>
          <w:szCs w:val="24"/>
        </w:rPr>
        <w:t>století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bylo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tzv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tvarování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babku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Další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tradiční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úprava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koruny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byla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po </w:t>
      </w:r>
      <w:proofErr w:type="spellStart"/>
      <w:r w:rsidRPr="009812F8">
        <w:rPr>
          <w:rFonts w:asciiTheme="majorHAnsi" w:hAnsiTheme="majorHAnsi" w:cstheme="majorHAnsi"/>
          <w:szCs w:val="24"/>
        </w:rPr>
        <w:t>tzv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letnění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Takto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tvarované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stromy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mohou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první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pohled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působit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nepřiměřeně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, ale </w:t>
      </w:r>
      <w:proofErr w:type="spellStart"/>
      <w:r w:rsidRPr="009812F8">
        <w:rPr>
          <w:rFonts w:asciiTheme="majorHAnsi" w:hAnsiTheme="majorHAnsi" w:cstheme="majorHAnsi"/>
          <w:szCs w:val="24"/>
        </w:rPr>
        <w:t>mají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svůj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výrazný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význam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historický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szCs w:val="24"/>
        </w:rPr>
        <w:t>ekologický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. </w:t>
      </w:r>
      <w:proofErr w:type="spellStart"/>
      <w:r w:rsidRPr="009812F8">
        <w:rPr>
          <w:rFonts w:asciiTheme="majorHAnsi" w:hAnsiTheme="majorHAnsi" w:cstheme="majorHAnsi"/>
          <w:szCs w:val="24"/>
        </w:rPr>
        <w:t>Dříve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byla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valašská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krajina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typická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právě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takto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„</w:t>
      </w:r>
      <w:proofErr w:type="spellStart"/>
      <w:r w:rsidRPr="009812F8">
        <w:rPr>
          <w:rFonts w:asciiTheme="majorHAnsi" w:hAnsiTheme="majorHAnsi" w:cstheme="majorHAnsi"/>
          <w:szCs w:val="24"/>
        </w:rPr>
        <w:t>deformovanými</w:t>
      </w:r>
      <w:proofErr w:type="spellEnd"/>
      <w:r w:rsidRPr="009812F8">
        <w:rPr>
          <w:rFonts w:asciiTheme="majorHAnsi" w:hAnsiTheme="majorHAnsi" w:cstheme="majorHAnsi"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szCs w:val="24"/>
        </w:rPr>
        <w:t>stromy</w:t>
      </w:r>
      <w:proofErr w:type="spellEnd"/>
      <w:r w:rsidRPr="009812F8">
        <w:rPr>
          <w:rFonts w:asciiTheme="majorHAnsi" w:hAnsiTheme="majorHAnsi" w:cstheme="majorHAnsi"/>
          <w:szCs w:val="24"/>
        </w:rPr>
        <w:t>“.</w:t>
      </w:r>
    </w:p>
    <w:p w14:paraId="3E59BD1E" w14:textId="77777777" w:rsidR="00AF37B1" w:rsidRPr="009812F8" w:rsidRDefault="00AF37B1" w:rsidP="00BB6B05">
      <w:pPr>
        <w:jc w:val="both"/>
        <w:rPr>
          <w:rFonts w:asciiTheme="majorHAnsi" w:hAnsiTheme="majorHAnsi" w:cstheme="majorHAnsi"/>
          <w:szCs w:val="24"/>
          <w:lang w:val="pl-PL"/>
        </w:rPr>
      </w:pPr>
    </w:p>
    <w:p w14:paraId="13B8F0E2" w14:textId="77777777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  <w:lang w:val="pl-PL"/>
        </w:rPr>
      </w:pPr>
      <w:r w:rsidRPr="009812F8">
        <w:rPr>
          <w:rFonts w:asciiTheme="majorHAnsi" w:hAnsiTheme="majorHAnsi" w:cstheme="majorHAnsi"/>
          <w:b/>
          <w:bCs/>
          <w:szCs w:val="24"/>
          <w:lang w:val="pl-PL"/>
        </w:rPr>
        <w:t>Moderní arboretum</w:t>
      </w:r>
    </w:p>
    <w:p w14:paraId="38FDCCD1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  <w:lang w:val="pl-PL"/>
        </w:rPr>
      </w:pPr>
      <w:r w:rsidRPr="009812F8">
        <w:rPr>
          <w:rFonts w:asciiTheme="majorHAnsi" w:hAnsiTheme="majorHAnsi" w:cstheme="majorHAnsi"/>
          <w:szCs w:val="24"/>
          <w:lang w:val="pl-PL"/>
        </w:rPr>
        <w:t xml:space="preserve">Menší část lesní plochy by byla vyčleněna pro obnovu arboreta, aby se zachoval původní záměr prvních majitelů. A to s důrazem na jehličnany r. </w:t>
      </w:r>
      <w:r w:rsidRPr="009812F8">
        <w:rPr>
          <w:rFonts w:asciiTheme="majorHAnsi" w:hAnsiTheme="majorHAnsi" w:cstheme="majorHAnsi"/>
          <w:i/>
          <w:iCs/>
          <w:szCs w:val="24"/>
          <w:lang w:val="pl-PL"/>
        </w:rPr>
        <w:t>Picea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 (smrky), </w:t>
      </w:r>
      <w:r w:rsidRPr="009812F8">
        <w:rPr>
          <w:rFonts w:asciiTheme="majorHAnsi" w:hAnsiTheme="majorHAnsi" w:cstheme="majorHAnsi"/>
          <w:i/>
          <w:iCs/>
          <w:szCs w:val="24"/>
          <w:lang w:val="pl-PL"/>
        </w:rPr>
        <w:t>Larix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 (modříny), tis (Taxus) a další.</w:t>
      </w:r>
    </w:p>
    <w:p w14:paraId="7BA74909" w14:textId="77777777" w:rsidR="00AF37B1" w:rsidRPr="009812F8" w:rsidRDefault="00AF37B1" w:rsidP="00BB6B05">
      <w:pPr>
        <w:jc w:val="both"/>
        <w:rPr>
          <w:rFonts w:asciiTheme="majorHAnsi" w:hAnsiTheme="majorHAnsi" w:cstheme="majorHAnsi"/>
          <w:szCs w:val="24"/>
          <w:lang w:val="pl-PL"/>
        </w:rPr>
      </w:pPr>
    </w:p>
    <w:p w14:paraId="5BA9D9AD" w14:textId="77777777" w:rsidR="00CC2A10" w:rsidRPr="009812F8" w:rsidRDefault="00CC2A10" w:rsidP="00CC2A10">
      <w:pPr>
        <w:jc w:val="both"/>
        <w:rPr>
          <w:rFonts w:asciiTheme="majorHAnsi" w:hAnsiTheme="majorHAnsi" w:cstheme="majorHAnsi"/>
          <w:b/>
          <w:bCs/>
          <w:szCs w:val="24"/>
          <w:lang w:val="pl-PL"/>
        </w:rPr>
      </w:pPr>
      <w:r w:rsidRPr="009812F8">
        <w:rPr>
          <w:rFonts w:asciiTheme="majorHAnsi" w:hAnsiTheme="majorHAnsi" w:cstheme="majorHAnsi"/>
          <w:b/>
          <w:bCs/>
          <w:szCs w:val="24"/>
          <w:lang w:val="pl-PL"/>
        </w:rPr>
        <w:t>Hnízdiště pro ptáky</w:t>
      </w:r>
    </w:p>
    <w:p w14:paraId="1E10A1FC" w14:textId="0F8F267A" w:rsidR="00CC2A10" w:rsidRPr="009812F8" w:rsidRDefault="00CC2A10" w:rsidP="00BB6B05">
      <w:pPr>
        <w:jc w:val="both"/>
        <w:rPr>
          <w:rFonts w:asciiTheme="majorHAnsi" w:hAnsiTheme="majorHAnsi" w:cstheme="majorHAnsi"/>
          <w:szCs w:val="24"/>
          <w:lang w:val="pl-PL"/>
        </w:rPr>
      </w:pPr>
      <w:r w:rsidRPr="009812F8">
        <w:rPr>
          <w:rFonts w:asciiTheme="majorHAnsi" w:hAnsiTheme="majorHAnsi" w:cstheme="majorHAnsi"/>
          <w:szCs w:val="24"/>
          <w:lang w:val="pl-PL"/>
        </w:rPr>
        <w:t xml:space="preserve">Významným přínosem plánovaných biotopů bude i podpora hnízdění ptactva, včetně ohrožených a specializovaných druhů. V prostoru Křenkovy zahrady se předpokládá výskyt druhů vázaných na mokřady (např. rákosníků), travnaté plochy (strnad </w:t>
      </w:r>
      <w:r w:rsidR="006A12B9" w:rsidRPr="009812F8">
        <w:rPr>
          <w:rFonts w:asciiTheme="majorHAnsi" w:hAnsiTheme="majorHAnsi" w:cstheme="majorHAnsi"/>
          <w:szCs w:val="24"/>
          <w:lang w:val="pl-PL"/>
        </w:rPr>
        <w:t>obecn</w:t>
      </w:r>
      <w:r w:rsidR="000A7EFB" w:rsidRPr="009812F8">
        <w:rPr>
          <w:rFonts w:asciiTheme="majorHAnsi" w:hAnsiTheme="majorHAnsi" w:cstheme="majorHAnsi"/>
          <w:szCs w:val="24"/>
          <w:lang w:val="pl-PL"/>
        </w:rPr>
        <w:t>ý</w:t>
      </w:r>
      <w:r w:rsidR="006A12B9" w:rsidRPr="009812F8">
        <w:rPr>
          <w:rFonts w:asciiTheme="majorHAnsi" w:hAnsiTheme="majorHAnsi" w:cstheme="majorHAnsi"/>
          <w:szCs w:val="24"/>
          <w:lang w:val="pl-PL"/>
        </w:rPr>
        <w:t>, vzácněji snad i strnad luční</w:t>
      </w:r>
      <w:r w:rsidRPr="009812F8">
        <w:rPr>
          <w:rFonts w:asciiTheme="majorHAnsi" w:hAnsiTheme="majorHAnsi" w:cstheme="majorHAnsi"/>
          <w:szCs w:val="24"/>
          <w:lang w:val="pl-PL"/>
        </w:rPr>
        <w:t xml:space="preserve">, ťuhýk obecný) a světlé lesy (pěnice, brhlík). </w:t>
      </w:r>
    </w:p>
    <w:p w14:paraId="7AE294DC" w14:textId="311D98C7" w:rsidR="006A12B9" w:rsidRPr="009812F8" w:rsidRDefault="00CC2A10" w:rsidP="000A7EFB">
      <w:pPr>
        <w:jc w:val="both"/>
        <w:rPr>
          <w:rFonts w:asciiTheme="majorHAnsi" w:hAnsiTheme="majorHAnsi" w:cstheme="majorHAnsi"/>
          <w:szCs w:val="24"/>
          <w:lang w:val="pl-PL"/>
        </w:rPr>
      </w:pPr>
      <w:r w:rsidRPr="009812F8">
        <w:rPr>
          <w:rFonts w:asciiTheme="majorHAnsi" w:hAnsiTheme="majorHAnsi" w:cstheme="majorHAnsi"/>
          <w:szCs w:val="24"/>
          <w:lang w:val="pl-PL"/>
        </w:rPr>
        <w:t>V rámci projektu bude zajištěna instalace budek pro drobné dutinové ptáky i pro větší druhy, včetně sov.</w:t>
      </w:r>
      <w:r w:rsidR="00DE74A9" w:rsidRPr="009812F8">
        <w:rPr>
          <w:rFonts w:asciiTheme="majorHAnsi" w:hAnsiTheme="majorHAnsi" w:cstheme="majorHAnsi"/>
          <w:szCs w:val="24"/>
          <w:lang w:val="pl-PL"/>
        </w:rPr>
        <w:t xml:space="preserve"> </w:t>
      </w:r>
      <w:r w:rsidR="006A12B9" w:rsidRPr="009812F8">
        <w:rPr>
          <w:rFonts w:asciiTheme="majorHAnsi" w:hAnsiTheme="majorHAnsi" w:cstheme="majorHAnsi"/>
          <w:szCs w:val="24"/>
          <w:lang w:val="pl-PL"/>
        </w:rPr>
        <w:t xml:space="preserve">Konkrétně by se jednalo o hnízdní možnosti pro puštíka obecného (Strix aluco), a kalouse ušatého </w:t>
      </w:r>
      <w:r w:rsidR="000A7EFB" w:rsidRPr="009812F8">
        <w:rPr>
          <w:rFonts w:asciiTheme="majorHAnsi" w:hAnsiTheme="majorHAnsi" w:cstheme="majorHAnsi"/>
          <w:szCs w:val="24"/>
          <w:lang w:val="pl-PL"/>
        </w:rPr>
        <w:t xml:space="preserve">(Asio otus), který vyhledává spíše otevřenou krajinu zdejšího razu. Nedaleký Bystrý potok a plánované vodní prvky, také mohou přilákat konipase bílého či ptaka roku 2025 konipase horského. Hnízdní příležitosti (nejen) pro oba druhy, vyhledávající spíše otevřené polobudky budou také instalovány. </w:t>
      </w:r>
      <w:r w:rsidRPr="009812F8">
        <w:rPr>
          <w:rFonts w:asciiTheme="majorHAnsi" w:hAnsiTheme="majorHAnsi" w:cstheme="majorHAnsi"/>
          <w:szCs w:val="24"/>
          <w:lang w:val="pl-PL"/>
        </w:rPr>
        <w:t>Monitoring výskytu a hnízdění bude probíhat ve spolupráci s ornitology a odbornými institucemi.</w:t>
      </w:r>
    </w:p>
    <w:p w14:paraId="4634A529" w14:textId="77777777" w:rsidR="00AF37B1" w:rsidRPr="009812F8" w:rsidRDefault="00D675B2" w:rsidP="00B127C8">
      <w:pPr>
        <w:rPr>
          <w:rFonts w:asciiTheme="majorHAnsi" w:hAnsiTheme="majorHAnsi" w:cstheme="majorHAnsi"/>
          <w:b/>
          <w:bCs/>
          <w:szCs w:val="24"/>
        </w:rPr>
      </w:pPr>
      <w:r w:rsidRPr="009812F8">
        <w:rPr>
          <w:rFonts w:asciiTheme="majorHAnsi" w:hAnsiTheme="majorHAnsi" w:cstheme="majorHAnsi"/>
          <w:b/>
          <w:bCs/>
          <w:szCs w:val="24"/>
        </w:rPr>
        <w:lastRenderedPageBreak/>
        <w:t>OVOCNÝ SAD</w:t>
      </w:r>
    </w:p>
    <w:p w14:paraId="6CB0EAC9" w14:textId="10BD4303" w:rsidR="00AF37B1" w:rsidRPr="009812F8" w:rsidRDefault="00D675B2" w:rsidP="00BB6B05">
      <w:pPr>
        <w:jc w:val="both"/>
        <w:rPr>
          <w:rFonts w:asciiTheme="majorHAnsi" w:hAnsiTheme="majorHAnsi" w:cstheme="majorHAnsi"/>
          <w:b/>
          <w:bCs/>
          <w:szCs w:val="24"/>
          <w:u w:val="single"/>
        </w:rPr>
      </w:pPr>
      <w:proofErr w:type="spellStart"/>
      <w:r w:rsidRPr="009812F8">
        <w:rPr>
          <w:rFonts w:asciiTheme="majorHAnsi" w:hAnsiTheme="majorHAnsi" w:cstheme="majorHAnsi"/>
          <w:b/>
          <w:bCs/>
          <w:szCs w:val="24"/>
          <w:u w:val="single"/>
        </w:rPr>
        <w:t>Ovocný</w:t>
      </w:r>
      <w:proofErr w:type="spellEnd"/>
      <w:r w:rsidRPr="009812F8">
        <w:rPr>
          <w:rFonts w:asciiTheme="majorHAnsi" w:hAnsiTheme="majorHAnsi" w:cstheme="majorHAnsi"/>
          <w:b/>
          <w:bCs/>
          <w:szCs w:val="24"/>
          <w:u w:val="single"/>
        </w:rPr>
        <w:t xml:space="preserve"> sad</w:t>
      </w:r>
    </w:p>
    <w:p w14:paraId="5A2C1981" w14:textId="77777777" w:rsidR="00AF37B1" w:rsidRPr="009812F8" w:rsidRDefault="00D675B2" w:rsidP="00BB6B05">
      <w:pPr>
        <w:jc w:val="both"/>
        <w:rPr>
          <w:rFonts w:asciiTheme="majorHAnsi" w:hAnsiTheme="majorHAnsi" w:cstheme="majorHAnsi"/>
          <w:szCs w:val="24"/>
          <w:lang w:val="pl-PL"/>
        </w:rPr>
      </w:pPr>
      <w:r w:rsidRPr="009812F8">
        <w:rPr>
          <w:rFonts w:asciiTheme="majorHAnsi" w:hAnsiTheme="majorHAnsi" w:cstheme="majorHAnsi"/>
          <w:szCs w:val="24"/>
          <w:lang w:val="pl-PL"/>
        </w:rPr>
        <w:t xml:space="preserve">Část louky by byla osázena ovocnými stromy. Stromy by byly vysazeny v podobě vysokokmenu a třičtvrtě kmenu (na jabloňových a hrušňových semenáčích) a převážná část ovocných stromů by byla vysazena semenáčky z původních krajových odrůd.  </w:t>
      </w:r>
    </w:p>
    <w:p w14:paraId="68DB46B3" w14:textId="77777777" w:rsidR="00AF37B1" w:rsidRPr="009812F8" w:rsidRDefault="00AF37B1" w:rsidP="00BB6B05">
      <w:pPr>
        <w:jc w:val="both"/>
        <w:rPr>
          <w:rFonts w:asciiTheme="majorHAnsi" w:hAnsiTheme="majorHAnsi" w:cstheme="majorHAnsi"/>
          <w:szCs w:val="24"/>
          <w:lang w:val="pl-PL"/>
        </w:rPr>
      </w:pPr>
    </w:p>
    <w:p w14:paraId="3F341CE4" w14:textId="37CAEB26" w:rsidR="00AF37B1" w:rsidRPr="009812F8" w:rsidRDefault="00D675B2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 xml:space="preserve">Součástí projektu bude </w:t>
      </w:r>
      <w:r w:rsidR="00400546" w:rsidRPr="009812F8">
        <w:rPr>
          <w:rFonts w:asciiTheme="majorHAnsi" w:hAnsiTheme="majorHAnsi" w:cstheme="majorHAnsi"/>
          <w:lang w:val="pl-PL"/>
        </w:rPr>
        <w:t xml:space="preserve">nejen spolupráce všech dotčených obcí, ale </w:t>
      </w:r>
      <w:r w:rsidRPr="009812F8">
        <w:rPr>
          <w:rFonts w:asciiTheme="majorHAnsi" w:hAnsiTheme="majorHAnsi" w:cstheme="majorHAnsi"/>
          <w:lang w:val="pl-PL"/>
        </w:rPr>
        <w:t>i možnost zapojení místních škol, spolků a dobrovolníků do údržby jednotlivých částí areálu (např. péče o sad, monitoring živočichů, údržba stezek a budek). Tímto způsobem bude lokalita nejen vzdělávacím prostorem, ale i přirozeným centrem komunitního dění.</w:t>
      </w:r>
    </w:p>
    <w:p w14:paraId="4D4524D4" w14:textId="77777777" w:rsidR="00AF37B1" w:rsidRPr="009812F8" w:rsidRDefault="00D675B2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Naučná stezka bude doplněna o QR kódy s přístupem k rozšířeným informacím – zvukové záznamy ptáků, fotografie biotopů v různých ročních obdobích nebo interaktivní mapy. To umožní návštěvníkům zapojit se aktivněji a prohloubit si zážitek.</w:t>
      </w:r>
    </w:p>
    <w:p w14:paraId="70A2B639" w14:textId="77777777" w:rsidR="00AF37B1" w:rsidRPr="009812F8" w:rsidRDefault="00D675B2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Navržené zásahy (výsadba stromů, budování tůní, květnaté louky) mají pozitivní dopad na zadržování vody v krajině, snižování teplotních výkyvů a zlepšení mikroklimatu lokality. Projekt tak přispívá k adaptaci na změnu klimatu a zvyšuje ekologickou odolnost regionu.</w:t>
      </w:r>
    </w:p>
    <w:p w14:paraId="2D35A76A" w14:textId="12DBB20F" w:rsidR="00AF37B1" w:rsidRPr="009812F8" w:rsidRDefault="00D675B2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Prostřednictvím spolupráce s odborníky bude projekt</w:t>
      </w:r>
      <w:r w:rsidR="00400546" w:rsidRPr="009812F8">
        <w:rPr>
          <w:rFonts w:asciiTheme="majorHAnsi" w:hAnsiTheme="majorHAnsi" w:cstheme="majorHAnsi"/>
          <w:lang w:val="pl-PL"/>
        </w:rPr>
        <w:t xml:space="preserve"> dotčenými obcemi</w:t>
      </w:r>
      <w:r w:rsidRPr="009812F8">
        <w:rPr>
          <w:rFonts w:asciiTheme="majorHAnsi" w:hAnsiTheme="majorHAnsi" w:cstheme="majorHAnsi"/>
          <w:lang w:val="pl-PL"/>
        </w:rPr>
        <w:t xml:space="preserve"> průběžně vyhodnocován a upravován dle výsledků terénních pozorování. Výstupy budou zpřístupněny obci a partnerům, aby bylo možné sledovat vývoj biodiverzity a úspěšnost jednotlivých zásahů.</w:t>
      </w:r>
    </w:p>
    <w:p w14:paraId="7E6446F9" w14:textId="77777777" w:rsidR="00AF37B1" w:rsidRPr="009812F8" w:rsidRDefault="00D675B2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Křenkova zahrada se tak stane nejen útočištěm pro přírodu, ale také přístupným prostorem pro vzdělávání, odpočinek a meziobecní spolupráci, s důrazem na trvale udržitelný rozvoj kulturní krajiny Beskyd.</w:t>
      </w:r>
    </w:p>
    <w:p w14:paraId="6803CADF" w14:textId="77777777" w:rsidR="00AF37B1" w:rsidRPr="009812F8" w:rsidRDefault="00AF37B1" w:rsidP="00BB6B05">
      <w:pPr>
        <w:rPr>
          <w:rFonts w:asciiTheme="majorHAnsi" w:hAnsiTheme="majorHAnsi" w:cstheme="majorHAnsi"/>
          <w:lang w:val="pl-PL"/>
        </w:rPr>
      </w:pPr>
    </w:p>
    <w:p w14:paraId="74D0E996" w14:textId="45BBAF89" w:rsidR="006301DB" w:rsidRPr="009812F8" w:rsidRDefault="006301DB" w:rsidP="00B127C8">
      <w:pPr>
        <w:rPr>
          <w:rFonts w:asciiTheme="majorHAnsi" w:hAnsiTheme="majorHAnsi" w:cstheme="majorHAnsi"/>
          <w:b/>
          <w:bCs/>
          <w:lang w:val="pl-PL"/>
        </w:rPr>
      </w:pPr>
      <w:r w:rsidRPr="009812F8">
        <w:rPr>
          <w:rFonts w:asciiTheme="majorHAnsi" w:hAnsiTheme="majorHAnsi" w:cstheme="majorHAnsi"/>
          <w:b/>
          <w:bCs/>
          <w:lang w:val="pl-PL"/>
        </w:rPr>
        <w:t>PŘÍPRAVA PROJEKTU A ODBORNÁ SPOLUPRÁCE</w:t>
      </w:r>
    </w:p>
    <w:p w14:paraId="59CA0834" w14:textId="11BEA894" w:rsidR="006301DB" w:rsidRPr="009812F8" w:rsidRDefault="006301DB" w:rsidP="006301DB">
      <w:pPr>
        <w:jc w:val="both"/>
        <w:rPr>
          <w:rFonts w:asciiTheme="majorHAnsi" w:hAnsiTheme="majorHAnsi" w:cstheme="majorHAnsi"/>
          <w:b/>
          <w:bCs/>
          <w:szCs w:val="24"/>
        </w:rPr>
      </w:pPr>
      <w:r w:rsidRPr="009812F8">
        <w:rPr>
          <w:rFonts w:asciiTheme="majorHAnsi" w:hAnsiTheme="majorHAnsi" w:cstheme="majorHAnsi"/>
          <w:b/>
          <w:bCs/>
          <w:szCs w:val="24"/>
        </w:rPr>
        <w:t xml:space="preserve">Projekt a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jednotlivé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plochy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by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byly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připravovány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a 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konzultovány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 xml:space="preserve"> s </w:t>
      </w:r>
      <w:proofErr w:type="spellStart"/>
      <w:r w:rsidRPr="009812F8">
        <w:rPr>
          <w:rFonts w:asciiTheme="majorHAnsi" w:hAnsiTheme="majorHAnsi" w:cstheme="majorHAnsi"/>
          <w:b/>
          <w:bCs/>
          <w:szCs w:val="24"/>
        </w:rPr>
        <w:t>odborníky</w:t>
      </w:r>
      <w:proofErr w:type="spellEnd"/>
      <w:r w:rsidRPr="009812F8">
        <w:rPr>
          <w:rFonts w:asciiTheme="majorHAnsi" w:hAnsiTheme="majorHAnsi" w:cstheme="majorHAnsi"/>
          <w:b/>
          <w:bCs/>
          <w:szCs w:val="24"/>
        </w:rPr>
        <w:t>:</w:t>
      </w:r>
    </w:p>
    <w:p w14:paraId="36A98E01" w14:textId="1C193BAE" w:rsidR="006301DB" w:rsidRPr="009812F8" w:rsidRDefault="006301DB" w:rsidP="006301DB">
      <w:pPr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Tvarování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stromů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úprava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lesa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broukoviště</w:t>
      </w:r>
      <w:proofErr w:type="spellEnd"/>
      <w:r w:rsidRPr="009812F8">
        <w:rPr>
          <w:rFonts w:asciiTheme="majorHAnsi" w:hAnsiTheme="majorHAnsi" w:cstheme="majorHAnsi"/>
        </w:rPr>
        <w:t>: Mgr. Lukáš Čížek, Ph.D.</w:t>
      </w:r>
    </w:p>
    <w:p w14:paraId="21B99169" w14:textId="77777777" w:rsidR="006301DB" w:rsidRPr="009812F8" w:rsidRDefault="006301DB" w:rsidP="006301DB">
      <w:pPr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 w:rsidRPr="009812F8">
        <w:rPr>
          <w:rFonts w:asciiTheme="majorHAnsi" w:hAnsiTheme="majorHAnsi" w:cstheme="majorHAnsi"/>
        </w:rPr>
        <w:t xml:space="preserve">Monitoring </w:t>
      </w:r>
      <w:proofErr w:type="spellStart"/>
      <w:r w:rsidRPr="009812F8">
        <w:rPr>
          <w:rFonts w:asciiTheme="majorHAnsi" w:hAnsiTheme="majorHAnsi" w:cstheme="majorHAnsi"/>
        </w:rPr>
        <w:t>vodních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ploch</w:t>
      </w:r>
      <w:proofErr w:type="spellEnd"/>
      <w:r w:rsidRPr="009812F8">
        <w:rPr>
          <w:rFonts w:asciiTheme="majorHAnsi" w:hAnsiTheme="majorHAnsi" w:cstheme="majorHAnsi"/>
        </w:rPr>
        <w:t xml:space="preserve">: </w:t>
      </w:r>
      <w:proofErr w:type="spellStart"/>
      <w:r w:rsidRPr="009812F8">
        <w:rPr>
          <w:rFonts w:asciiTheme="majorHAnsi" w:hAnsiTheme="majorHAnsi" w:cstheme="majorHAnsi"/>
        </w:rPr>
        <w:t>RNDr</w:t>
      </w:r>
      <w:proofErr w:type="spellEnd"/>
      <w:r w:rsidRPr="009812F8">
        <w:rPr>
          <w:rFonts w:asciiTheme="majorHAnsi" w:hAnsiTheme="majorHAnsi" w:cstheme="majorHAnsi"/>
        </w:rPr>
        <w:t>. Ing. Vojtěch Kolář, Ph.D.</w:t>
      </w:r>
    </w:p>
    <w:p w14:paraId="670C22D6" w14:textId="77777777" w:rsidR="006301DB" w:rsidRPr="009812F8" w:rsidRDefault="006301DB" w:rsidP="006301DB">
      <w:pPr>
        <w:numPr>
          <w:ilvl w:val="0"/>
          <w:numId w:val="5"/>
        </w:numPr>
        <w:jc w:val="both"/>
        <w:rPr>
          <w:rFonts w:asciiTheme="majorHAnsi" w:hAnsiTheme="majorHAnsi" w:cstheme="majorHAnsi"/>
          <w:b/>
          <w:bCs/>
        </w:rPr>
      </w:pPr>
      <w:r w:rsidRPr="009812F8">
        <w:rPr>
          <w:rFonts w:asciiTheme="majorHAnsi" w:hAnsiTheme="majorHAnsi" w:cstheme="majorHAnsi"/>
          <w:lang w:val="pl-PL"/>
        </w:rPr>
        <w:t xml:space="preserve">Entomologie motýlů a květnatých luk: RNDr. Zdeněk Faltýnek Fric, Ph.D., Doc. </w:t>
      </w:r>
      <w:r w:rsidRPr="009812F8">
        <w:rPr>
          <w:rFonts w:asciiTheme="majorHAnsi" w:hAnsiTheme="majorHAnsi" w:cstheme="majorHAnsi"/>
        </w:rPr>
        <w:t>Mgr. Martin Konvička, Ph.D.</w:t>
      </w:r>
    </w:p>
    <w:p w14:paraId="57A166B3" w14:textId="77777777" w:rsidR="006301DB" w:rsidRPr="009812F8" w:rsidRDefault="006301DB" w:rsidP="006301DB">
      <w:pPr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Tvorba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květnatých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luk</w:t>
      </w:r>
      <w:proofErr w:type="spellEnd"/>
      <w:r w:rsidRPr="009812F8">
        <w:rPr>
          <w:rFonts w:asciiTheme="majorHAnsi" w:hAnsiTheme="majorHAnsi" w:cstheme="majorHAnsi"/>
        </w:rPr>
        <w:t xml:space="preserve"> s </w:t>
      </w:r>
      <w:proofErr w:type="spellStart"/>
      <w:r w:rsidRPr="009812F8">
        <w:rPr>
          <w:rFonts w:asciiTheme="majorHAnsi" w:hAnsiTheme="majorHAnsi" w:cstheme="majorHAnsi"/>
        </w:rPr>
        <w:t>návazností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na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hmyzí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společenství</w:t>
      </w:r>
      <w:proofErr w:type="spellEnd"/>
      <w:r w:rsidRPr="009812F8">
        <w:rPr>
          <w:rFonts w:asciiTheme="majorHAnsi" w:hAnsiTheme="majorHAnsi" w:cstheme="majorHAnsi"/>
        </w:rPr>
        <w:t xml:space="preserve">: </w:t>
      </w:r>
      <w:proofErr w:type="spellStart"/>
      <w:r w:rsidRPr="009812F8">
        <w:rPr>
          <w:rFonts w:asciiTheme="majorHAnsi" w:hAnsiTheme="majorHAnsi" w:cstheme="majorHAnsi"/>
        </w:rPr>
        <w:t>RNDr</w:t>
      </w:r>
      <w:proofErr w:type="spellEnd"/>
      <w:r w:rsidRPr="009812F8">
        <w:rPr>
          <w:rFonts w:asciiTheme="majorHAnsi" w:hAnsiTheme="majorHAnsi" w:cstheme="majorHAnsi"/>
        </w:rPr>
        <w:t>. Lukáš Spitzer Ph.D.</w:t>
      </w:r>
    </w:p>
    <w:p w14:paraId="65EDBDA3" w14:textId="77777777" w:rsidR="006301DB" w:rsidRPr="009812F8" w:rsidRDefault="006301DB" w:rsidP="006301DB">
      <w:pPr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proofErr w:type="spellStart"/>
      <w:r w:rsidRPr="009812F8">
        <w:rPr>
          <w:rFonts w:asciiTheme="majorHAnsi" w:hAnsiTheme="majorHAnsi" w:cstheme="majorHAnsi"/>
        </w:rPr>
        <w:t>Ovocný</w:t>
      </w:r>
      <w:proofErr w:type="spellEnd"/>
      <w:r w:rsidRPr="009812F8">
        <w:rPr>
          <w:rFonts w:asciiTheme="majorHAnsi" w:hAnsiTheme="majorHAnsi" w:cstheme="majorHAnsi"/>
        </w:rPr>
        <w:t xml:space="preserve"> sad: </w:t>
      </w:r>
      <w:proofErr w:type="spellStart"/>
      <w:r w:rsidRPr="009812F8">
        <w:rPr>
          <w:rFonts w:asciiTheme="majorHAnsi" w:hAnsiTheme="majorHAnsi" w:cstheme="majorHAnsi"/>
        </w:rPr>
        <w:t>konzultace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realizace</w:t>
      </w:r>
      <w:proofErr w:type="spellEnd"/>
      <w:r w:rsidRPr="009812F8">
        <w:rPr>
          <w:rFonts w:asciiTheme="majorHAnsi" w:hAnsiTheme="majorHAnsi" w:cstheme="majorHAnsi"/>
        </w:rPr>
        <w:t>: Leoš Huml, </w:t>
      </w:r>
      <w:hyperlink w:history="1">
        <w:r w:rsidRPr="009812F8">
          <w:rPr>
            <w:rFonts w:asciiTheme="majorHAnsi" w:hAnsiTheme="majorHAnsi" w:cstheme="majorHAnsi"/>
          </w:rPr>
          <w:t>Ing. Ondřej Dovala (</w:t>
        </w:r>
        <w:proofErr w:type="spellStart"/>
      </w:hyperlink>
      <w:r w:rsidRPr="009812F8">
        <w:rPr>
          <w:rFonts w:asciiTheme="majorHAnsi" w:hAnsiTheme="majorHAnsi" w:cstheme="majorHAnsi"/>
        </w:rPr>
        <w:t>Řez</w:t>
      </w:r>
      <w:proofErr w:type="spellEnd"/>
      <w:r w:rsidRPr="009812F8">
        <w:rPr>
          <w:rFonts w:asciiTheme="majorHAnsi" w:hAnsiTheme="majorHAnsi" w:cstheme="majorHAnsi"/>
        </w:rPr>
        <w:t xml:space="preserve"> a </w:t>
      </w:r>
      <w:proofErr w:type="spellStart"/>
      <w:r w:rsidRPr="009812F8">
        <w:rPr>
          <w:rFonts w:asciiTheme="majorHAnsi" w:hAnsiTheme="majorHAnsi" w:cstheme="majorHAnsi"/>
        </w:rPr>
        <w:t>péče</w:t>
      </w:r>
      <w:proofErr w:type="spellEnd"/>
      <w:r w:rsidRPr="009812F8">
        <w:rPr>
          <w:rFonts w:asciiTheme="majorHAnsi" w:hAnsiTheme="majorHAnsi" w:cstheme="majorHAnsi"/>
        </w:rPr>
        <w:t xml:space="preserve"> o </w:t>
      </w:r>
      <w:proofErr w:type="spellStart"/>
      <w:r w:rsidRPr="009812F8">
        <w:rPr>
          <w:rFonts w:asciiTheme="majorHAnsi" w:hAnsiTheme="majorHAnsi" w:cstheme="majorHAnsi"/>
        </w:rPr>
        <w:t>ovocné</w:t>
      </w:r>
      <w:proofErr w:type="spellEnd"/>
      <w:r w:rsidRPr="009812F8">
        <w:rPr>
          <w:rFonts w:asciiTheme="majorHAnsi" w:hAnsiTheme="majorHAnsi" w:cstheme="majorHAnsi"/>
        </w:rPr>
        <w:t xml:space="preserve"> </w:t>
      </w:r>
      <w:proofErr w:type="spellStart"/>
      <w:r w:rsidRPr="009812F8">
        <w:rPr>
          <w:rFonts w:asciiTheme="majorHAnsi" w:hAnsiTheme="majorHAnsi" w:cstheme="majorHAnsi"/>
        </w:rPr>
        <w:t>stromy</w:t>
      </w:r>
      <w:proofErr w:type="spellEnd"/>
      <w:r w:rsidRPr="009812F8">
        <w:rPr>
          <w:rFonts w:asciiTheme="majorHAnsi" w:hAnsiTheme="majorHAnsi" w:cstheme="majorHAnsi"/>
        </w:rPr>
        <w:t>)</w:t>
      </w:r>
    </w:p>
    <w:p w14:paraId="6C910388" w14:textId="77777777" w:rsidR="006301DB" w:rsidRPr="009812F8" w:rsidRDefault="006301DB" w:rsidP="006301DB">
      <w:pPr>
        <w:numPr>
          <w:ilvl w:val="0"/>
          <w:numId w:val="5"/>
        </w:numPr>
        <w:jc w:val="both"/>
        <w:rPr>
          <w:rFonts w:asciiTheme="majorHAnsi" w:hAnsiTheme="majorHAnsi" w:cstheme="majorHAnsi"/>
          <w:szCs w:val="24"/>
        </w:rPr>
      </w:pPr>
      <w:proofErr w:type="spellStart"/>
      <w:r w:rsidRPr="009812F8">
        <w:rPr>
          <w:rFonts w:asciiTheme="majorHAnsi" w:hAnsiTheme="majorHAnsi" w:cstheme="majorHAnsi"/>
        </w:rPr>
        <w:t>Ornitologie</w:t>
      </w:r>
      <w:proofErr w:type="spellEnd"/>
      <w:r w:rsidRPr="009812F8">
        <w:rPr>
          <w:rFonts w:asciiTheme="majorHAnsi" w:hAnsiTheme="majorHAnsi" w:cstheme="majorHAnsi"/>
        </w:rPr>
        <w:t xml:space="preserve">, </w:t>
      </w:r>
      <w:proofErr w:type="spellStart"/>
      <w:r w:rsidRPr="009812F8">
        <w:rPr>
          <w:rFonts w:asciiTheme="majorHAnsi" w:hAnsiTheme="majorHAnsi" w:cstheme="majorHAnsi"/>
        </w:rPr>
        <w:t>astronomie</w:t>
      </w:r>
      <w:proofErr w:type="spellEnd"/>
      <w:r w:rsidRPr="009812F8">
        <w:rPr>
          <w:rFonts w:asciiTheme="majorHAnsi" w:hAnsiTheme="majorHAnsi" w:cstheme="majorHAnsi"/>
        </w:rPr>
        <w:t xml:space="preserve">: Jan Kondziolka </w:t>
      </w:r>
    </w:p>
    <w:p w14:paraId="3736EA45" w14:textId="77777777" w:rsidR="00A832FE" w:rsidRPr="009812F8" w:rsidRDefault="00A832FE">
      <w:pPr>
        <w:rPr>
          <w:rFonts w:asciiTheme="majorHAnsi" w:hAnsiTheme="majorHAnsi" w:cstheme="majorHAnsi"/>
          <w:b/>
          <w:bCs/>
          <w:lang w:val="pl-PL"/>
        </w:rPr>
      </w:pPr>
      <w:r w:rsidRPr="009812F8">
        <w:rPr>
          <w:rFonts w:asciiTheme="majorHAnsi" w:hAnsiTheme="majorHAnsi" w:cstheme="majorHAnsi"/>
          <w:b/>
          <w:bCs/>
          <w:lang w:val="pl-PL"/>
        </w:rPr>
        <w:br w:type="page"/>
      </w:r>
    </w:p>
    <w:p w14:paraId="748AB622" w14:textId="4005BD2B" w:rsidR="00AF37B1" w:rsidRPr="009812F8" w:rsidRDefault="00D675B2" w:rsidP="00B127C8">
      <w:pPr>
        <w:rPr>
          <w:rFonts w:asciiTheme="majorHAnsi" w:hAnsiTheme="majorHAnsi" w:cstheme="majorHAnsi"/>
          <w:b/>
          <w:bCs/>
          <w:lang w:val="pl-PL"/>
        </w:rPr>
      </w:pPr>
      <w:r w:rsidRPr="009812F8">
        <w:rPr>
          <w:rFonts w:asciiTheme="majorHAnsi" w:hAnsiTheme="majorHAnsi" w:cstheme="majorHAnsi"/>
          <w:b/>
          <w:bCs/>
          <w:lang w:val="pl-PL"/>
        </w:rPr>
        <w:lastRenderedPageBreak/>
        <w:t>REGIONÁLNÍ SPOLUPRÁCE</w:t>
      </w:r>
    </w:p>
    <w:p w14:paraId="087A307D" w14:textId="17B9BDA3" w:rsidR="00AF37B1" w:rsidRPr="009812F8" w:rsidRDefault="00400546" w:rsidP="00BB6B05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P</w:t>
      </w:r>
      <w:r w:rsidR="00D675B2" w:rsidRPr="009812F8">
        <w:rPr>
          <w:rFonts w:asciiTheme="majorHAnsi" w:hAnsiTheme="majorHAnsi" w:cstheme="majorHAnsi"/>
          <w:lang w:val="pl-PL"/>
        </w:rPr>
        <w:t xml:space="preserve">rojekt </w:t>
      </w:r>
      <w:r w:rsidRPr="009812F8">
        <w:rPr>
          <w:rFonts w:asciiTheme="majorHAnsi" w:hAnsiTheme="majorHAnsi" w:cstheme="majorHAnsi"/>
          <w:lang w:val="pl-PL"/>
        </w:rPr>
        <w:t>je připravován</w:t>
      </w:r>
      <w:r w:rsidR="00D675B2" w:rsidRPr="009812F8">
        <w:rPr>
          <w:rFonts w:asciiTheme="majorHAnsi" w:hAnsiTheme="majorHAnsi" w:cstheme="majorHAnsi"/>
          <w:lang w:val="pl-PL"/>
        </w:rPr>
        <w:t xml:space="preserve"> a </w:t>
      </w:r>
      <w:r w:rsidRPr="009812F8">
        <w:rPr>
          <w:rFonts w:asciiTheme="majorHAnsi" w:hAnsiTheme="majorHAnsi" w:cstheme="majorHAnsi"/>
          <w:lang w:val="pl-PL"/>
        </w:rPr>
        <w:t xml:space="preserve">bude </w:t>
      </w:r>
      <w:r w:rsidR="00D675B2" w:rsidRPr="009812F8">
        <w:rPr>
          <w:rFonts w:asciiTheme="majorHAnsi" w:hAnsiTheme="majorHAnsi" w:cstheme="majorHAnsi"/>
          <w:lang w:val="pl-PL"/>
        </w:rPr>
        <w:t xml:space="preserve">realizován v úzké spolupráci </w:t>
      </w:r>
      <w:r w:rsidR="0060176C" w:rsidRPr="009812F8">
        <w:rPr>
          <w:rFonts w:asciiTheme="majorHAnsi" w:hAnsiTheme="majorHAnsi" w:cstheme="majorHAnsi"/>
          <w:lang w:val="pl-PL"/>
        </w:rPr>
        <w:t>obcí Kunčice pod Ondřejníkem,</w:t>
      </w:r>
      <w:r w:rsidR="00D675B2" w:rsidRPr="009812F8">
        <w:rPr>
          <w:rFonts w:asciiTheme="majorHAnsi" w:hAnsiTheme="majorHAnsi" w:cstheme="majorHAnsi"/>
          <w:lang w:val="pl-PL"/>
        </w:rPr>
        <w:t xml:space="preserve"> Tichá </w:t>
      </w:r>
      <w:r w:rsidR="0060176C" w:rsidRPr="009812F8">
        <w:rPr>
          <w:rFonts w:asciiTheme="majorHAnsi" w:hAnsiTheme="majorHAnsi" w:cstheme="majorHAnsi"/>
          <w:lang w:val="pl-PL"/>
        </w:rPr>
        <w:t xml:space="preserve">jako vlasníky pozemků </w:t>
      </w:r>
      <w:r w:rsidR="00D675B2" w:rsidRPr="009812F8">
        <w:rPr>
          <w:rFonts w:asciiTheme="majorHAnsi" w:hAnsiTheme="majorHAnsi" w:cstheme="majorHAnsi"/>
          <w:lang w:val="pl-PL"/>
        </w:rPr>
        <w:t xml:space="preserve">a </w:t>
      </w:r>
      <w:r w:rsidRPr="009812F8">
        <w:rPr>
          <w:rFonts w:asciiTheme="majorHAnsi" w:hAnsiTheme="majorHAnsi" w:cstheme="majorHAnsi"/>
          <w:lang w:val="pl-PL"/>
        </w:rPr>
        <w:t xml:space="preserve">bude plnohodnotně konzultován také s minoritním vlastníkem </w:t>
      </w:r>
      <w:r w:rsidR="00D675B2" w:rsidRPr="009812F8">
        <w:rPr>
          <w:rFonts w:asciiTheme="majorHAnsi" w:hAnsiTheme="majorHAnsi" w:cstheme="majorHAnsi"/>
          <w:lang w:val="pl-PL"/>
        </w:rPr>
        <w:t>městem Frenštát pod Radhoštěm.</w:t>
      </w:r>
    </w:p>
    <w:p w14:paraId="52A2E1E2" w14:textId="2A89EA8D" w:rsidR="00AF37B1" w:rsidRPr="009812F8" w:rsidRDefault="00D675B2" w:rsidP="00BB6B05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Cílem bude spolupráce všech tří obcí</w:t>
      </w:r>
      <w:r w:rsidR="0060176C" w:rsidRPr="009812F8">
        <w:rPr>
          <w:rFonts w:asciiTheme="majorHAnsi" w:hAnsiTheme="majorHAnsi" w:cstheme="majorHAnsi"/>
          <w:lang w:val="pl-PL"/>
        </w:rPr>
        <w:t xml:space="preserve"> </w:t>
      </w:r>
      <w:r w:rsidRPr="009812F8">
        <w:rPr>
          <w:rFonts w:asciiTheme="majorHAnsi" w:hAnsiTheme="majorHAnsi" w:cstheme="majorHAnsi"/>
          <w:lang w:val="pl-PL"/>
        </w:rPr>
        <w:t>tak, aby tato plocha sloužila ku prospěchu všem občanům i turistům</w:t>
      </w:r>
      <w:r w:rsidR="0060176C" w:rsidRPr="009812F8">
        <w:rPr>
          <w:rFonts w:asciiTheme="majorHAnsi" w:hAnsiTheme="majorHAnsi" w:cstheme="majorHAnsi"/>
          <w:lang w:val="pl-PL"/>
        </w:rPr>
        <w:t xml:space="preserve"> nejen z tohoto regionu.</w:t>
      </w:r>
    </w:p>
    <w:p w14:paraId="4DC076F7" w14:textId="77777777" w:rsidR="00AF37B1" w:rsidRPr="009812F8" w:rsidRDefault="00AF37B1" w:rsidP="00BB6B05">
      <w:pPr>
        <w:rPr>
          <w:rFonts w:asciiTheme="majorHAnsi" w:hAnsiTheme="majorHAnsi" w:cstheme="majorHAnsi"/>
          <w:lang w:val="pl-PL"/>
        </w:rPr>
      </w:pPr>
    </w:p>
    <w:p w14:paraId="53101C2B" w14:textId="77777777" w:rsidR="00D369CA" w:rsidRPr="009812F8" w:rsidRDefault="00D369CA" w:rsidP="00BB6B05">
      <w:pPr>
        <w:rPr>
          <w:rFonts w:asciiTheme="majorHAnsi" w:hAnsiTheme="majorHAnsi" w:cstheme="majorHAnsi"/>
          <w:lang w:val="pl-PL"/>
        </w:rPr>
      </w:pPr>
    </w:p>
    <w:p w14:paraId="4B10C2CF" w14:textId="77777777" w:rsidR="00D369CA" w:rsidRPr="009812F8" w:rsidRDefault="00D369CA" w:rsidP="00BB6B05">
      <w:pPr>
        <w:rPr>
          <w:rFonts w:asciiTheme="majorHAnsi" w:hAnsiTheme="majorHAnsi" w:cstheme="majorHAnsi"/>
          <w:lang w:val="pl-PL"/>
        </w:rPr>
      </w:pPr>
    </w:p>
    <w:p w14:paraId="0B46BD20" w14:textId="77777777" w:rsidR="00D369CA" w:rsidRPr="009812F8" w:rsidRDefault="00D369CA" w:rsidP="00BB6B05">
      <w:pPr>
        <w:rPr>
          <w:rFonts w:asciiTheme="majorHAnsi" w:hAnsiTheme="majorHAnsi" w:cstheme="majorHAnsi"/>
          <w:lang w:val="pl-PL"/>
        </w:rPr>
      </w:pPr>
    </w:p>
    <w:p w14:paraId="226D0732" w14:textId="77777777" w:rsidR="00D369CA" w:rsidRPr="009812F8" w:rsidRDefault="00D369CA" w:rsidP="00BB6B05">
      <w:pPr>
        <w:rPr>
          <w:rFonts w:asciiTheme="majorHAnsi" w:hAnsiTheme="majorHAnsi" w:cstheme="majorHAnsi"/>
          <w:lang w:val="pl-PL"/>
        </w:rPr>
      </w:pPr>
    </w:p>
    <w:p w14:paraId="3030499F" w14:textId="7ABAAC6B" w:rsidR="00D369CA" w:rsidRPr="009812F8" w:rsidRDefault="00D369CA" w:rsidP="00BB6B05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.....................................................</w:t>
      </w:r>
      <w:r w:rsidRPr="009812F8">
        <w:rPr>
          <w:rFonts w:asciiTheme="majorHAnsi" w:hAnsiTheme="majorHAnsi" w:cstheme="majorHAnsi"/>
          <w:lang w:val="pl-PL"/>
        </w:rPr>
        <w:tab/>
      </w:r>
      <w:r w:rsidRPr="009812F8">
        <w:rPr>
          <w:rFonts w:asciiTheme="majorHAnsi" w:hAnsiTheme="majorHAnsi" w:cstheme="majorHAnsi"/>
          <w:lang w:val="pl-PL"/>
        </w:rPr>
        <w:tab/>
      </w:r>
      <w:r w:rsidRPr="009812F8">
        <w:rPr>
          <w:rFonts w:asciiTheme="majorHAnsi" w:hAnsiTheme="majorHAnsi" w:cstheme="majorHAnsi"/>
          <w:lang w:val="pl-PL"/>
        </w:rPr>
        <w:tab/>
      </w:r>
      <w:r w:rsidRPr="009812F8">
        <w:rPr>
          <w:rFonts w:asciiTheme="majorHAnsi" w:hAnsiTheme="majorHAnsi" w:cstheme="majorHAnsi"/>
          <w:lang w:val="pl-PL"/>
        </w:rPr>
        <w:tab/>
        <w:t>........................................................</w:t>
      </w:r>
    </w:p>
    <w:p w14:paraId="0E827626" w14:textId="1A20B5AE" w:rsidR="00AF37B1" w:rsidRPr="009812F8" w:rsidRDefault="00D675B2" w:rsidP="00BB6B05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Dne</w:t>
      </w:r>
      <w:r w:rsidR="00C54894" w:rsidRPr="009812F8">
        <w:rPr>
          <w:rFonts w:asciiTheme="majorHAnsi" w:hAnsiTheme="majorHAnsi" w:cstheme="majorHAnsi"/>
          <w:lang w:val="pl-PL"/>
        </w:rPr>
        <w:t xml:space="preserve"> ...........</w:t>
      </w:r>
      <w:r w:rsidRPr="009812F8">
        <w:rPr>
          <w:rFonts w:asciiTheme="majorHAnsi" w:hAnsiTheme="majorHAnsi" w:cstheme="majorHAnsi"/>
          <w:lang w:val="pl-PL"/>
        </w:rPr>
        <w:t xml:space="preserve"> </w:t>
      </w:r>
      <w:r w:rsidR="0060176C" w:rsidRPr="009812F8">
        <w:rPr>
          <w:rFonts w:asciiTheme="majorHAnsi" w:hAnsiTheme="majorHAnsi" w:cstheme="majorHAnsi"/>
          <w:lang w:val="pl-PL"/>
        </w:rPr>
        <w:t>za</w:t>
      </w:r>
      <w:r w:rsidRPr="009812F8">
        <w:rPr>
          <w:rFonts w:asciiTheme="majorHAnsi" w:hAnsiTheme="majorHAnsi" w:cstheme="majorHAnsi"/>
          <w:lang w:val="pl-PL"/>
        </w:rPr>
        <w:t> </w:t>
      </w:r>
      <w:r w:rsidR="00C54894" w:rsidRPr="009812F8">
        <w:rPr>
          <w:rFonts w:asciiTheme="majorHAnsi" w:hAnsiTheme="majorHAnsi" w:cstheme="majorHAnsi"/>
          <w:lang w:val="pl-PL"/>
        </w:rPr>
        <w:t xml:space="preserve">Obec </w:t>
      </w:r>
      <w:r w:rsidRPr="009812F8">
        <w:rPr>
          <w:rFonts w:asciiTheme="majorHAnsi" w:hAnsiTheme="majorHAnsi" w:cstheme="majorHAnsi"/>
          <w:lang w:val="pl-PL"/>
        </w:rPr>
        <w:t>Kunčic</w:t>
      </w:r>
      <w:r w:rsidR="0060176C" w:rsidRPr="009812F8">
        <w:rPr>
          <w:rFonts w:asciiTheme="majorHAnsi" w:hAnsiTheme="majorHAnsi" w:cstheme="majorHAnsi"/>
          <w:lang w:val="pl-PL"/>
        </w:rPr>
        <w:t>e</w:t>
      </w:r>
      <w:r w:rsidRPr="009812F8">
        <w:rPr>
          <w:rFonts w:asciiTheme="majorHAnsi" w:hAnsiTheme="majorHAnsi" w:cstheme="majorHAnsi"/>
          <w:lang w:val="pl-PL"/>
        </w:rPr>
        <w:t xml:space="preserve"> pod Ondřejníkem</w:t>
      </w:r>
      <w:r w:rsidR="0060176C" w:rsidRPr="009812F8">
        <w:rPr>
          <w:rFonts w:asciiTheme="majorHAnsi" w:hAnsiTheme="majorHAnsi" w:cstheme="majorHAnsi"/>
          <w:lang w:val="pl-PL"/>
        </w:rPr>
        <w:tab/>
      </w:r>
      <w:r w:rsidR="0060176C" w:rsidRPr="009812F8">
        <w:rPr>
          <w:rFonts w:asciiTheme="majorHAnsi" w:hAnsiTheme="majorHAnsi" w:cstheme="majorHAnsi"/>
          <w:lang w:val="pl-PL"/>
        </w:rPr>
        <w:tab/>
      </w:r>
      <w:r w:rsidR="0060176C" w:rsidRPr="009812F8">
        <w:rPr>
          <w:rFonts w:asciiTheme="majorHAnsi" w:hAnsiTheme="majorHAnsi" w:cstheme="majorHAnsi"/>
          <w:lang w:val="pl-PL"/>
        </w:rPr>
        <w:tab/>
        <w:t xml:space="preserve">Dne </w:t>
      </w:r>
      <w:r w:rsidR="00C54894" w:rsidRPr="009812F8">
        <w:rPr>
          <w:rFonts w:asciiTheme="majorHAnsi" w:hAnsiTheme="majorHAnsi" w:cstheme="majorHAnsi"/>
          <w:lang w:val="pl-PL"/>
        </w:rPr>
        <w:t>................</w:t>
      </w:r>
      <w:r w:rsidR="0060176C" w:rsidRPr="009812F8">
        <w:rPr>
          <w:rFonts w:asciiTheme="majorHAnsi" w:hAnsiTheme="majorHAnsi" w:cstheme="majorHAnsi"/>
          <w:lang w:val="pl-PL"/>
        </w:rPr>
        <w:t xml:space="preserve"> </w:t>
      </w:r>
      <w:r w:rsidR="00C54894" w:rsidRPr="009812F8">
        <w:rPr>
          <w:rFonts w:asciiTheme="majorHAnsi" w:hAnsiTheme="majorHAnsi" w:cstheme="majorHAnsi"/>
          <w:lang w:val="pl-PL"/>
        </w:rPr>
        <w:t xml:space="preserve"> </w:t>
      </w:r>
      <w:r w:rsidR="0060176C" w:rsidRPr="009812F8">
        <w:rPr>
          <w:rFonts w:asciiTheme="majorHAnsi" w:hAnsiTheme="majorHAnsi" w:cstheme="majorHAnsi"/>
          <w:lang w:val="pl-PL"/>
        </w:rPr>
        <w:t xml:space="preserve">za </w:t>
      </w:r>
      <w:r w:rsidR="00C54894" w:rsidRPr="009812F8">
        <w:rPr>
          <w:rFonts w:asciiTheme="majorHAnsi" w:hAnsiTheme="majorHAnsi" w:cstheme="majorHAnsi"/>
          <w:lang w:val="pl-PL"/>
        </w:rPr>
        <w:t xml:space="preserve">Obec </w:t>
      </w:r>
      <w:r w:rsidR="0060176C" w:rsidRPr="009812F8">
        <w:rPr>
          <w:rFonts w:asciiTheme="majorHAnsi" w:hAnsiTheme="majorHAnsi" w:cstheme="majorHAnsi"/>
          <w:lang w:val="pl-PL"/>
        </w:rPr>
        <w:t>Tich</w:t>
      </w:r>
      <w:r w:rsidR="00C54894" w:rsidRPr="009812F8">
        <w:rPr>
          <w:rFonts w:asciiTheme="majorHAnsi" w:hAnsiTheme="majorHAnsi" w:cstheme="majorHAnsi"/>
          <w:lang w:val="pl-PL"/>
        </w:rPr>
        <w:t>á</w:t>
      </w:r>
    </w:p>
    <w:p w14:paraId="3DFB41C8" w14:textId="66756C45" w:rsidR="00AF37B1" w:rsidRPr="009812F8" w:rsidRDefault="00D369CA" w:rsidP="00BB6B05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Ing. Jiří Mikala</w:t>
      </w:r>
      <w:r w:rsidR="003440EB" w:rsidRPr="009812F8">
        <w:rPr>
          <w:rFonts w:asciiTheme="majorHAnsi" w:hAnsiTheme="majorHAnsi" w:cstheme="majorHAnsi"/>
          <w:lang w:val="pl-PL"/>
        </w:rPr>
        <w:t>, starosta obce</w:t>
      </w:r>
      <w:r w:rsidR="0060176C" w:rsidRPr="009812F8">
        <w:rPr>
          <w:rFonts w:asciiTheme="majorHAnsi" w:hAnsiTheme="majorHAnsi" w:cstheme="majorHAnsi"/>
          <w:lang w:val="pl-PL"/>
        </w:rPr>
        <w:tab/>
      </w:r>
      <w:r w:rsidR="0060176C" w:rsidRPr="009812F8">
        <w:rPr>
          <w:rFonts w:asciiTheme="majorHAnsi" w:hAnsiTheme="majorHAnsi" w:cstheme="majorHAnsi"/>
          <w:lang w:val="pl-PL"/>
        </w:rPr>
        <w:tab/>
      </w:r>
      <w:r w:rsidR="0060176C" w:rsidRPr="009812F8">
        <w:rPr>
          <w:rFonts w:asciiTheme="majorHAnsi" w:hAnsiTheme="majorHAnsi" w:cstheme="majorHAnsi"/>
          <w:lang w:val="pl-PL"/>
        </w:rPr>
        <w:tab/>
      </w:r>
      <w:r w:rsidR="0060176C" w:rsidRPr="009812F8">
        <w:rPr>
          <w:rFonts w:asciiTheme="majorHAnsi" w:hAnsiTheme="majorHAnsi" w:cstheme="majorHAnsi"/>
          <w:lang w:val="pl-PL"/>
        </w:rPr>
        <w:tab/>
      </w:r>
      <w:r w:rsidRPr="009812F8">
        <w:rPr>
          <w:rFonts w:asciiTheme="majorHAnsi" w:hAnsiTheme="majorHAnsi" w:cstheme="majorHAnsi"/>
          <w:lang w:val="pl-PL"/>
        </w:rPr>
        <w:tab/>
      </w:r>
      <w:r w:rsidR="0060176C" w:rsidRPr="009812F8">
        <w:rPr>
          <w:rFonts w:asciiTheme="majorHAnsi" w:hAnsiTheme="majorHAnsi" w:cstheme="majorHAnsi"/>
          <w:lang w:val="pl-PL"/>
        </w:rPr>
        <w:t>Mgr. Michaela Štefková, starostka obce</w:t>
      </w:r>
    </w:p>
    <w:p w14:paraId="389F3763" w14:textId="77777777" w:rsidR="004F4A5E" w:rsidRPr="009812F8" w:rsidRDefault="004F4A5E" w:rsidP="00BB6B05">
      <w:pPr>
        <w:rPr>
          <w:rFonts w:asciiTheme="majorHAnsi" w:hAnsiTheme="majorHAnsi" w:cstheme="majorHAnsi"/>
          <w:lang w:val="pl-PL"/>
        </w:rPr>
      </w:pPr>
    </w:p>
    <w:p w14:paraId="18A0C038" w14:textId="77777777" w:rsidR="004F4A5E" w:rsidRPr="009812F8" w:rsidRDefault="004F4A5E" w:rsidP="00BB6B05">
      <w:pPr>
        <w:rPr>
          <w:rFonts w:asciiTheme="majorHAnsi" w:hAnsiTheme="majorHAnsi" w:cstheme="majorHAnsi"/>
          <w:lang w:val="pl-PL"/>
        </w:rPr>
      </w:pPr>
    </w:p>
    <w:p w14:paraId="119B75C4" w14:textId="77777777" w:rsidR="004F4A5E" w:rsidRPr="009812F8" w:rsidRDefault="004F4A5E" w:rsidP="004F4A5E">
      <w:pPr>
        <w:rPr>
          <w:rFonts w:asciiTheme="majorHAnsi" w:hAnsiTheme="majorHAnsi" w:cstheme="majorHAnsi"/>
          <w:lang w:val="pl-PL"/>
        </w:rPr>
      </w:pPr>
    </w:p>
    <w:p w14:paraId="1401A9A3" w14:textId="77777777" w:rsidR="004F4A5E" w:rsidRPr="009812F8" w:rsidRDefault="004F4A5E" w:rsidP="004F4A5E">
      <w:pPr>
        <w:rPr>
          <w:rFonts w:asciiTheme="majorHAnsi" w:hAnsiTheme="majorHAnsi" w:cstheme="majorHAnsi"/>
          <w:lang w:val="pl-PL"/>
        </w:rPr>
      </w:pPr>
    </w:p>
    <w:p w14:paraId="1ED585FE" w14:textId="6BB2F188" w:rsidR="004F4A5E" w:rsidRPr="009812F8" w:rsidRDefault="004F4A5E" w:rsidP="004F4A5E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.....................................................</w:t>
      </w:r>
      <w:r w:rsidRPr="009812F8">
        <w:rPr>
          <w:rFonts w:asciiTheme="majorHAnsi" w:hAnsiTheme="majorHAnsi" w:cstheme="majorHAnsi"/>
          <w:lang w:val="pl-PL"/>
        </w:rPr>
        <w:tab/>
      </w:r>
    </w:p>
    <w:p w14:paraId="00822876" w14:textId="5D144614" w:rsidR="004F4A5E" w:rsidRPr="009812F8" w:rsidRDefault="004F4A5E" w:rsidP="004F4A5E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 xml:space="preserve">Dne </w:t>
      </w:r>
      <w:r w:rsidR="00C54894" w:rsidRPr="009812F8">
        <w:rPr>
          <w:rFonts w:asciiTheme="majorHAnsi" w:hAnsiTheme="majorHAnsi" w:cstheme="majorHAnsi"/>
          <w:lang w:val="pl-PL"/>
        </w:rPr>
        <w:t>.................</w:t>
      </w:r>
      <w:r w:rsidRPr="009812F8">
        <w:rPr>
          <w:rFonts w:asciiTheme="majorHAnsi" w:hAnsiTheme="majorHAnsi" w:cstheme="majorHAnsi"/>
          <w:lang w:val="pl-PL"/>
        </w:rPr>
        <w:t xml:space="preserve"> za </w:t>
      </w:r>
      <w:r w:rsidR="00C54894" w:rsidRPr="009812F8">
        <w:rPr>
          <w:rFonts w:asciiTheme="majorHAnsi" w:hAnsiTheme="majorHAnsi" w:cstheme="majorHAnsi"/>
          <w:lang w:val="pl-PL"/>
        </w:rPr>
        <w:t>Město Frenštát pod R</w:t>
      </w:r>
      <w:r w:rsidRPr="009812F8">
        <w:rPr>
          <w:rFonts w:asciiTheme="majorHAnsi" w:hAnsiTheme="majorHAnsi" w:cstheme="majorHAnsi"/>
          <w:lang w:val="pl-PL"/>
        </w:rPr>
        <w:t>adhoštěm</w:t>
      </w:r>
    </w:p>
    <w:p w14:paraId="1C56D969" w14:textId="25F8ACF9" w:rsidR="004F4A5E" w:rsidRPr="009812F8" w:rsidRDefault="004F4A5E" w:rsidP="004F4A5E">
      <w:pPr>
        <w:rPr>
          <w:rFonts w:asciiTheme="majorHAnsi" w:hAnsiTheme="majorHAnsi" w:cstheme="majorHAnsi"/>
          <w:lang w:val="pl-PL"/>
        </w:rPr>
      </w:pPr>
      <w:r w:rsidRPr="009812F8">
        <w:rPr>
          <w:rFonts w:asciiTheme="majorHAnsi" w:hAnsiTheme="majorHAnsi" w:cstheme="majorHAnsi"/>
          <w:lang w:val="pl-PL"/>
        </w:rPr>
        <w:t>Ing. Jan Rejman, starosta města</w:t>
      </w:r>
    </w:p>
    <w:p w14:paraId="595E4C21" w14:textId="77777777" w:rsidR="004F4A5E" w:rsidRPr="009812F8" w:rsidRDefault="004F4A5E" w:rsidP="00BB6B05">
      <w:pPr>
        <w:rPr>
          <w:rFonts w:asciiTheme="majorHAnsi" w:hAnsiTheme="majorHAnsi" w:cstheme="majorHAnsi"/>
          <w:lang w:val="pl-PL"/>
        </w:rPr>
      </w:pPr>
    </w:p>
    <w:sectPr w:rsidR="004F4A5E" w:rsidRPr="009812F8" w:rsidSect="00A832FE">
      <w:pgSz w:w="11906" w:h="16838"/>
      <w:pgMar w:top="993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712E0C0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330797F"/>
    <w:multiLevelType w:val="hybridMultilevel"/>
    <w:tmpl w:val="97287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DF4F0B"/>
    <w:multiLevelType w:val="hybridMultilevel"/>
    <w:tmpl w:val="4B3A6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804AF"/>
    <w:multiLevelType w:val="hybridMultilevel"/>
    <w:tmpl w:val="982EC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76B3"/>
    <w:multiLevelType w:val="hybridMultilevel"/>
    <w:tmpl w:val="105E5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594193">
    <w:abstractNumId w:val="8"/>
  </w:num>
  <w:num w:numId="2" w16cid:durableId="1745908862">
    <w:abstractNumId w:val="6"/>
  </w:num>
  <w:num w:numId="3" w16cid:durableId="632908110">
    <w:abstractNumId w:val="5"/>
  </w:num>
  <w:num w:numId="4" w16cid:durableId="868303392">
    <w:abstractNumId w:val="4"/>
  </w:num>
  <w:num w:numId="5" w16cid:durableId="704020016">
    <w:abstractNumId w:val="7"/>
  </w:num>
  <w:num w:numId="6" w16cid:durableId="1036735963">
    <w:abstractNumId w:val="3"/>
  </w:num>
  <w:num w:numId="7" w16cid:durableId="765805608">
    <w:abstractNumId w:val="2"/>
  </w:num>
  <w:num w:numId="8" w16cid:durableId="1362822608">
    <w:abstractNumId w:val="1"/>
  </w:num>
  <w:num w:numId="9" w16cid:durableId="712730856">
    <w:abstractNumId w:val="0"/>
  </w:num>
  <w:num w:numId="10" w16cid:durableId="551625099">
    <w:abstractNumId w:val="12"/>
  </w:num>
  <w:num w:numId="11" w16cid:durableId="542639485">
    <w:abstractNumId w:val="9"/>
  </w:num>
  <w:num w:numId="12" w16cid:durableId="525140840">
    <w:abstractNumId w:val="11"/>
  </w:num>
  <w:num w:numId="13" w16cid:durableId="20571948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1574"/>
    <w:rsid w:val="00095533"/>
    <w:rsid w:val="000A7EFB"/>
    <w:rsid w:val="0015074B"/>
    <w:rsid w:val="001E7E13"/>
    <w:rsid w:val="00235818"/>
    <w:rsid w:val="0029639D"/>
    <w:rsid w:val="00326F90"/>
    <w:rsid w:val="003440EB"/>
    <w:rsid w:val="00380991"/>
    <w:rsid w:val="00400546"/>
    <w:rsid w:val="00493E97"/>
    <w:rsid w:val="004C24A3"/>
    <w:rsid w:val="004F4A5E"/>
    <w:rsid w:val="00594610"/>
    <w:rsid w:val="005B2968"/>
    <w:rsid w:val="0060176C"/>
    <w:rsid w:val="006301DB"/>
    <w:rsid w:val="006527CC"/>
    <w:rsid w:val="006A12B9"/>
    <w:rsid w:val="006B4A28"/>
    <w:rsid w:val="006C1115"/>
    <w:rsid w:val="007040EC"/>
    <w:rsid w:val="00783F22"/>
    <w:rsid w:val="007B70B5"/>
    <w:rsid w:val="0083714B"/>
    <w:rsid w:val="0086426B"/>
    <w:rsid w:val="008D1211"/>
    <w:rsid w:val="009812F8"/>
    <w:rsid w:val="00A70A1C"/>
    <w:rsid w:val="00A805B7"/>
    <w:rsid w:val="00A832FE"/>
    <w:rsid w:val="00A93F08"/>
    <w:rsid w:val="00AA1D8D"/>
    <w:rsid w:val="00AA2327"/>
    <w:rsid w:val="00AF37B1"/>
    <w:rsid w:val="00B127C8"/>
    <w:rsid w:val="00B37F72"/>
    <w:rsid w:val="00B47730"/>
    <w:rsid w:val="00B60C35"/>
    <w:rsid w:val="00BD7BB2"/>
    <w:rsid w:val="00BF10F1"/>
    <w:rsid w:val="00C1509B"/>
    <w:rsid w:val="00C54894"/>
    <w:rsid w:val="00C664EB"/>
    <w:rsid w:val="00CB0664"/>
    <w:rsid w:val="00CC2A10"/>
    <w:rsid w:val="00D369CA"/>
    <w:rsid w:val="00D675B2"/>
    <w:rsid w:val="00DE6DDE"/>
    <w:rsid w:val="00DE74A9"/>
    <w:rsid w:val="00E04EFC"/>
    <w:rsid w:val="00EB7916"/>
    <w:rsid w:val="00F55F87"/>
    <w:rsid w:val="00F745BD"/>
    <w:rsid w:val="00FA649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078806"/>
  <w15:docId w15:val="{4D25B58C-DDAB-4884-BF74-0DCE3583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6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D45599-E487-47B0-B4C1-242F6B8A8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1835</TotalTime>
  <Pages>8</Pages>
  <Words>2403</Words>
  <Characters>14180</Characters>
  <Application>Microsoft Office Word</Application>
  <DocSecurity>0</DocSecurity>
  <Lines>118</Lines>
  <Paragraphs>33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16550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Petr Tryščuk</cp:lastModifiedBy>
  <cp:revision>9</cp:revision>
  <cp:lastPrinted>2025-07-07T12:43:00Z</cp:lastPrinted>
  <dcterms:created xsi:type="dcterms:W3CDTF">2025-06-23T12:46:00Z</dcterms:created>
  <dcterms:modified xsi:type="dcterms:W3CDTF">2025-09-06T07:36:00Z</dcterms:modified>
  <cp:category/>
</cp:coreProperties>
</file>