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B5B4C" w14:textId="77777777" w:rsidR="00173AB8" w:rsidRDefault="00350646">
      <w:pPr>
        <w:jc w:val="center"/>
      </w:pPr>
      <w:r>
        <w:rPr>
          <w:b/>
          <w:sz w:val="28"/>
        </w:rPr>
        <w:t>Obec Březůvky</w:t>
      </w:r>
    </w:p>
    <w:p w14:paraId="077A385F" w14:textId="449539CD" w:rsidR="00173AB8" w:rsidRDefault="00350646">
      <w:pPr>
        <w:jc w:val="center"/>
      </w:pPr>
      <w:r>
        <w:rPr>
          <w:b/>
          <w:sz w:val="32"/>
        </w:rPr>
        <w:t>SMĚRNICE č.</w:t>
      </w:r>
      <w:r w:rsidR="00CE4ADA">
        <w:rPr>
          <w:b/>
          <w:sz w:val="32"/>
        </w:rPr>
        <w:t xml:space="preserve"> 1</w:t>
      </w:r>
      <w:r>
        <w:rPr>
          <w:b/>
          <w:sz w:val="32"/>
        </w:rPr>
        <w:t>/2026</w:t>
      </w:r>
    </w:p>
    <w:p w14:paraId="76D14C1B" w14:textId="77777777" w:rsidR="00173AB8" w:rsidRDefault="00350646">
      <w:pPr>
        <w:jc w:val="center"/>
      </w:pPr>
      <w:r>
        <w:rPr>
          <w:b/>
          <w:sz w:val="26"/>
        </w:rPr>
        <w:t>o tvorbě a čerpání Sociálního fondu Obce Březůvky</w:t>
      </w:r>
    </w:p>
    <w:p w14:paraId="56619F78" w14:textId="77777777" w:rsidR="00173AB8" w:rsidRDefault="00173AB8">
      <w:pPr>
        <w:spacing w:after="100"/>
      </w:pPr>
    </w:p>
    <w:p w14:paraId="7A2F9B94" w14:textId="59E9E7E7" w:rsidR="00173AB8" w:rsidRDefault="00350646">
      <w:pPr>
        <w:spacing w:after="100"/>
      </w:pPr>
      <w:r>
        <w:t xml:space="preserve">Zastupitelstvo obce Březůvky schválilo dne 27. 4. 2026 zřízení Sociálního fondu Obce Březůvky a </w:t>
      </w:r>
      <w:proofErr w:type="spellStart"/>
      <w:r>
        <w:t>zároveň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směrnici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přílohu</w:t>
      </w:r>
      <w:proofErr w:type="spellEnd"/>
      <w:r>
        <w:t xml:space="preserve"> č.</w:t>
      </w:r>
      <w:r w:rsidR="00CE4ADA">
        <w:t>1</w:t>
      </w:r>
      <w:r>
        <w:t xml:space="preserve"> </w:t>
      </w:r>
      <w:proofErr w:type="spellStart"/>
      <w:r>
        <w:t>usnesení</w:t>
      </w:r>
      <w:proofErr w:type="spellEnd"/>
      <w:r>
        <w:t xml:space="preserve"> č. </w:t>
      </w:r>
      <w:r w:rsidR="00CE4ADA">
        <w:t>5/36/2026.</w:t>
      </w:r>
    </w:p>
    <w:p w14:paraId="0F706691" w14:textId="77777777" w:rsidR="00173AB8" w:rsidRDefault="00350646">
      <w:pPr>
        <w:spacing w:before="200"/>
        <w:jc w:val="center"/>
      </w:pPr>
      <w:r>
        <w:rPr>
          <w:b/>
          <w:sz w:val="24"/>
        </w:rPr>
        <w:t>Článek I.</w:t>
      </w:r>
      <w:r>
        <w:rPr>
          <w:b/>
          <w:sz w:val="24"/>
        </w:rPr>
        <w:br/>
        <w:t>Úvodní ustanovení</w:t>
      </w:r>
    </w:p>
    <w:p w14:paraId="661B8E6F" w14:textId="77777777" w:rsidR="00173AB8" w:rsidRDefault="00350646">
      <w:pPr>
        <w:spacing w:after="100"/>
      </w:pPr>
      <w:r>
        <w:t>Sociální fond Obce Březůvky je peněžním fondem obce podle § 5 zákona č. 250/2000 Sb., o rozpočtových pravidlech územních rozpočtů, v platném znění.</w:t>
      </w:r>
    </w:p>
    <w:p w14:paraId="4A341649" w14:textId="77777777" w:rsidR="00173AB8" w:rsidRDefault="00350646">
      <w:pPr>
        <w:spacing w:after="100"/>
      </w:pPr>
      <w:r>
        <w:t>Tato směrnice stanoví jednoduchá pravidla pro tvorbu, hospodaření a čerpání sociálního fondu.</w:t>
      </w:r>
    </w:p>
    <w:p w14:paraId="4B47BFD1" w14:textId="77777777" w:rsidR="00173AB8" w:rsidRDefault="00350646">
      <w:pPr>
        <w:spacing w:before="200"/>
        <w:jc w:val="center"/>
      </w:pPr>
      <w:r>
        <w:rPr>
          <w:b/>
          <w:sz w:val="24"/>
        </w:rPr>
        <w:t>Článek II.</w:t>
      </w:r>
      <w:r>
        <w:rPr>
          <w:b/>
          <w:sz w:val="24"/>
        </w:rPr>
        <w:br/>
        <w:t>Tvorba fondu</w:t>
      </w:r>
    </w:p>
    <w:p w14:paraId="1A9691D7" w14:textId="77777777" w:rsidR="00173AB8" w:rsidRDefault="00350646">
      <w:pPr>
        <w:spacing w:after="100"/>
      </w:pPr>
      <w:r>
        <w:t>Fond je tvořen zejména:</w:t>
      </w:r>
    </w:p>
    <w:p w14:paraId="4C662EED" w14:textId="52B58842" w:rsidR="001C3289" w:rsidRDefault="00350646" w:rsidP="001C3289">
      <w:pPr>
        <w:pStyle w:val="Odstavecseseznamem"/>
        <w:numPr>
          <w:ilvl w:val="0"/>
          <w:numId w:val="10"/>
        </w:numPr>
      </w:pPr>
      <w:proofErr w:type="spellStart"/>
      <w:r>
        <w:t>převedeným</w:t>
      </w:r>
      <w:proofErr w:type="spellEnd"/>
      <w:r>
        <w:t xml:space="preserve"> </w:t>
      </w:r>
      <w:proofErr w:type="spellStart"/>
      <w:r>
        <w:t>zůstatkem</w:t>
      </w:r>
      <w:proofErr w:type="spellEnd"/>
      <w:r>
        <w:t xml:space="preserve"> fondu k 31. 12. </w:t>
      </w:r>
      <w:proofErr w:type="spellStart"/>
      <w:r>
        <w:t>předcházejícího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roku</w:t>
      </w:r>
      <w:proofErr w:type="spellEnd"/>
      <w:r>
        <w:t>,</w:t>
      </w:r>
      <w:r w:rsidR="00FE2AA9">
        <w:t xml:space="preserve"> </w:t>
      </w:r>
    </w:p>
    <w:p w14:paraId="5D6BFDBD" w14:textId="31AD9614" w:rsidR="00173AB8" w:rsidRDefault="00350646" w:rsidP="001C3289">
      <w:pPr>
        <w:pStyle w:val="Odstavecseseznamem"/>
        <w:numPr>
          <w:ilvl w:val="0"/>
          <w:numId w:val="10"/>
        </w:numPr>
      </w:pPr>
      <w:proofErr w:type="spellStart"/>
      <w:r>
        <w:t>ročním</w:t>
      </w:r>
      <w:proofErr w:type="spellEnd"/>
      <w:r>
        <w:t xml:space="preserve"> </w:t>
      </w:r>
      <w:proofErr w:type="spellStart"/>
      <w:r>
        <w:t>přídělem</w:t>
      </w:r>
      <w:proofErr w:type="spellEnd"/>
      <w:r>
        <w:t xml:space="preserve"> z </w:t>
      </w:r>
      <w:proofErr w:type="spellStart"/>
      <w:r>
        <w:t>rozpočtu</w:t>
      </w:r>
      <w:proofErr w:type="spellEnd"/>
      <w:r>
        <w:t xml:space="preserve"> obce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výši</w:t>
      </w:r>
      <w:proofErr w:type="spellEnd"/>
      <w:r>
        <w:t xml:space="preserve"> 50 000 </w:t>
      </w:r>
      <w:proofErr w:type="spellStart"/>
      <w:r>
        <w:t>Kč</w:t>
      </w:r>
      <w:proofErr w:type="spellEnd"/>
      <w:r>
        <w:t>,</w:t>
      </w:r>
      <w:r w:rsidR="00FE2AA9">
        <w:t xml:space="preserve"> </w:t>
      </w:r>
      <w:proofErr w:type="spellStart"/>
      <w:r>
        <w:t>případnými</w:t>
      </w:r>
      <w:proofErr w:type="spellEnd"/>
      <w:r>
        <w:t xml:space="preserve">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prostředky</w:t>
      </w:r>
      <w:proofErr w:type="spellEnd"/>
      <w:r>
        <w:t xml:space="preserve"> </w:t>
      </w:r>
      <w:proofErr w:type="spellStart"/>
      <w:r>
        <w:t>schválenými</w:t>
      </w:r>
      <w:proofErr w:type="spellEnd"/>
      <w:r>
        <w:t xml:space="preserve"> </w:t>
      </w:r>
      <w:proofErr w:type="spellStart"/>
      <w:r>
        <w:t>zastupitelstvem</w:t>
      </w:r>
      <w:proofErr w:type="spellEnd"/>
      <w:r>
        <w:t xml:space="preserve"> obce</w:t>
      </w:r>
      <w:r w:rsidR="00EB21DE">
        <w:t>.</w:t>
      </w:r>
      <w:r w:rsidR="00CE4ADA">
        <w:t xml:space="preserve"> </w:t>
      </w:r>
    </w:p>
    <w:p w14:paraId="12F236D8" w14:textId="77777777" w:rsidR="00173AB8" w:rsidRDefault="00350646">
      <w:pPr>
        <w:spacing w:after="100"/>
      </w:pPr>
      <w:proofErr w:type="spellStart"/>
      <w:r>
        <w:t>Nevyčerpané</w:t>
      </w:r>
      <w:proofErr w:type="spellEnd"/>
      <w:r>
        <w:t xml:space="preserve"> </w:t>
      </w:r>
      <w:proofErr w:type="spellStart"/>
      <w:r>
        <w:t>prostředky</w:t>
      </w:r>
      <w:proofErr w:type="spellEnd"/>
      <w:r>
        <w:t xml:space="preserve"> fondu se </w:t>
      </w:r>
      <w:proofErr w:type="spellStart"/>
      <w:r>
        <w:t>převádějí</w:t>
      </w:r>
      <w:proofErr w:type="spellEnd"/>
      <w:r>
        <w:t xml:space="preserve"> do </w:t>
      </w:r>
      <w:proofErr w:type="spellStart"/>
      <w:r>
        <w:t>dalšího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77390601" w14:textId="77777777" w:rsidR="00FE2AA9" w:rsidRDefault="00FE2AA9">
      <w:pPr>
        <w:spacing w:after="100"/>
      </w:pPr>
    </w:p>
    <w:p w14:paraId="712EC79F" w14:textId="77777777" w:rsidR="00173AB8" w:rsidRDefault="00350646">
      <w:pPr>
        <w:spacing w:before="200"/>
        <w:jc w:val="center"/>
      </w:pPr>
      <w:r>
        <w:rPr>
          <w:b/>
          <w:sz w:val="24"/>
        </w:rPr>
        <w:t>Článek III.</w:t>
      </w:r>
      <w:r>
        <w:rPr>
          <w:b/>
          <w:sz w:val="24"/>
        </w:rPr>
        <w:br/>
        <w:t>Oprávněné osoby</w:t>
      </w:r>
    </w:p>
    <w:p w14:paraId="2AACFFB8" w14:textId="6203FBF7" w:rsidR="00173AB8" w:rsidRDefault="00350646">
      <w:pPr>
        <w:spacing w:after="100"/>
      </w:pPr>
      <w:proofErr w:type="spellStart"/>
      <w:r>
        <w:t>Prostředky</w:t>
      </w:r>
      <w:proofErr w:type="spellEnd"/>
      <w:r>
        <w:t xml:space="preserve"> fondu </w:t>
      </w:r>
      <w:proofErr w:type="spellStart"/>
      <w:r>
        <w:t>mohou</w:t>
      </w:r>
      <w:proofErr w:type="spellEnd"/>
      <w:r>
        <w:t xml:space="preserve"> </w:t>
      </w:r>
      <w:proofErr w:type="spellStart"/>
      <w:r>
        <w:t>čerpat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mají</w:t>
      </w:r>
      <w:proofErr w:type="spellEnd"/>
      <w:r>
        <w:t xml:space="preserve"> s </w:t>
      </w:r>
      <w:proofErr w:type="spellStart"/>
      <w:r>
        <w:t>Obcí</w:t>
      </w:r>
      <w:proofErr w:type="spellEnd"/>
      <w:r>
        <w:t xml:space="preserve"> Březůvky </w:t>
      </w:r>
      <w:proofErr w:type="spellStart"/>
      <w:r>
        <w:t>uzavřený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poměr</w:t>
      </w:r>
      <w:proofErr w:type="spellEnd"/>
      <w:r w:rsidR="00B36BE7">
        <w:t xml:space="preserve"> </w:t>
      </w:r>
      <w:proofErr w:type="spellStart"/>
      <w:r w:rsidR="00B36BE7">
        <w:t>na</w:t>
      </w:r>
      <w:proofErr w:type="spellEnd"/>
      <w:r w:rsidR="00B36BE7">
        <w:t xml:space="preserve"> </w:t>
      </w:r>
      <w:proofErr w:type="spellStart"/>
      <w:r w:rsidR="00B36BE7">
        <w:t>dobu</w:t>
      </w:r>
      <w:proofErr w:type="spellEnd"/>
      <w:r w:rsidR="00B36BE7">
        <w:t xml:space="preserve"> </w:t>
      </w:r>
      <w:proofErr w:type="spellStart"/>
      <w:r w:rsidR="00B36BE7">
        <w:t>neurčitou</w:t>
      </w:r>
      <w:proofErr w:type="spellEnd"/>
      <w:r>
        <w:t xml:space="preserve">, a </w:t>
      </w:r>
      <w:proofErr w:type="spellStart"/>
      <w:r>
        <w:t>uvolněný</w:t>
      </w:r>
      <w:proofErr w:type="spellEnd"/>
      <w:r>
        <w:t xml:space="preserve"> </w:t>
      </w:r>
      <w:proofErr w:type="spellStart"/>
      <w:r>
        <w:t>člen</w:t>
      </w:r>
      <w:proofErr w:type="spellEnd"/>
      <w:r>
        <w:t xml:space="preserve"> </w:t>
      </w:r>
      <w:proofErr w:type="spellStart"/>
      <w:r>
        <w:t>Zastupitelstva</w:t>
      </w:r>
      <w:proofErr w:type="spellEnd"/>
      <w:r>
        <w:t xml:space="preserve"> obce Březůvky.</w:t>
      </w:r>
    </w:p>
    <w:p w14:paraId="743A7B24" w14:textId="4AB00ABE" w:rsidR="00173AB8" w:rsidRDefault="00350646">
      <w:pPr>
        <w:spacing w:after="100"/>
      </w:pPr>
      <w:r>
        <w:t xml:space="preserve">Fond není určen osobám vykonávajícím práci na základě dohody o </w:t>
      </w:r>
      <w:proofErr w:type="spellStart"/>
      <w:r>
        <w:t>provedení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o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>.</w:t>
      </w:r>
      <w:r w:rsidR="00474B2D">
        <w:t xml:space="preserve"> </w:t>
      </w:r>
      <w:proofErr w:type="spellStart"/>
      <w:r>
        <w:t>Příspěvek</w:t>
      </w:r>
      <w:proofErr w:type="spellEnd"/>
      <w:r>
        <w:t xml:space="preserve"> z fondu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nárokovou</w:t>
      </w:r>
      <w:proofErr w:type="spellEnd"/>
      <w:r>
        <w:t xml:space="preserve"> </w:t>
      </w:r>
      <w:proofErr w:type="spellStart"/>
      <w:r>
        <w:t>složkou</w:t>
      </w:r>
      <w:proofErr w:type="spellEnd"/>
      <w:r>
        <w:t xml:space="preserve"> </w:t>
      </w:r>
      <w:proofErr w:type="spellStart"/>
      <w:r>
        <w:t>platu</w:t>
      </w:r>
      <w:proofErr w:type="spellEnd"/>
      <w:r w:rsidR="00474B2D">
        <w:t>.</w:t>
      </w:r>
    </w:p>
    <w:p w14:paraId="0292FDA8" w14:textId="77777777" w:rsidR="00173AB8" w:rsidRDefault="00350646">
      <w:pPr>
        <w:spacing w:before="200"/>
        <w:jc w:val="center"/>
      </w:pPr>
      <w:r>
        <w:rPr>
          <w:b/>
          <w:sz w:val="24"/>
        </w:rPr>
        <w:t>Článek IV.</w:t>
      </w:r>
      <w:r>
        <w:rPr>
          <w:b/>
          <w:sz w:val="24"/>
        </w:rPr>
        <w:br/>
        <w:t>Použití fondu</w:t>
      </w:r>
    </w:p>
    <w:p w14:paraId="6C7CC4AA" w14:textId="20F1E57C" w:rsidR="00173AB8" w:rsidRDefault="00350646" w:rsidP="00FE2AA9">
      <w:pPr>
        <w:spacing w:after="100"/>
      </w:pPr>
      <w:proofErr w:type="spellStart"/>
      <w:r>
        <w:t>Prostředky</w:t>
      </w:r>
      <w:proofErr w:type="spellEnd"/>
      <w:r>
        <w:t xml:space="preserve"> fondu </w:t>
      </w:r>
      <w:proofErr w:type="spellStart"/>
      <w:r>
        <w:t>lze</w:t>
      </w:r>
      <w:proofErr w:type="spellEnd"/>
      <w:r>
        <w:t xml:space="preserve"> </w:t>
      </w:r>
      <w:proofErr w:type="spellStart"/>
      <w:r>
        <w:t>použít</w:t>
      </w:r>
      <w:proofErr w:type="spellEnd"/>
      <w:r>
        <w:t xml:space="preserve"> </w:t>
      </w:r>
      <w:proofErr w:type="spellStart"/>
      <w:r>
        <w:t>zejména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4D844E95" w14:textId="5B5B59BA" w:rsidR="00CE4ADA" w:rsidRDefault="00FE2AA9" w:rsidP="001C3289">
      <w:pPr>
        <w:pStyle w:val="Odstavecseseznamem"/>
        <w:numPr>
          <w:ilvl w:val="0"/>
          <w:numId w:val="10"/>
        </w:numPr>
        <w:spacing w:after="100"/>
      </w:pP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penzijní</w:t>
      </w:r>
      <w:proofErr w:type="spellEnd"/>
      <w:r>
        <w:t xml:space="preserve"> </w:t>
      </w:r>
      <w:proofErr w:type="spellStart"/>
      <w:r>
        <w:t>připojištění</w:t>
      </w:r>
      <w:proofErr w:type="spellEnd"/>
      <w:r w:rsidR="00CE4ADA">
        <w:t xml:space="preserve"> </w:t>
      </w:r>
      <w:proofErr w:type="spellStart"/>
      <w:r w:rsidR="00CE4ADA">
        <w:t>či</w:t>
      </w:r>
      <w:proofErr w:type="spellEnd"/>
      <w:r w:rsidR="00CE4ADA">
        <w:t xml:space="preserve"> </w:t>
      </w:r>
      <w:proofErr w:type="spellStart"/>
      <w:r w:rsidR="00CE4ADA">
        <w:t>životní</w:t>
      </w:r>
      <w:proofErr w:type="spellEnd"/>
      <w:r w:rsidR="00CE4ADA">
        <w:t xml:space="preserve"> </w:t>
      </w:r>
      <w:proofErr w:type="spellStart"/>
      <w:r w:rsidR="00CE4ADA">
        <w:t>pojištění</w:t>
      </w:r>
      <w:proofErr w:type="spellEnd"/>
      <w:r w:rsidR="00CE4ADA">
        <w:t>,</w:t>
      </w:r>
    </w:p>
    <w:p w14:paraId="3DFF4042" w14:textId="77777777" w:rsidR="00474B2D" w:rsidRDefault="00CE4ADA" w:rsidP="00474B2D">
      <w:pPr>
        <w:pStyle w:val="Odstavecseseznamem"/>
        <w:numPr>
          <w:ilvl w:val="0"/>
          <w:numId w:val="10"/>
        </w:numPr>
        <w:spacing w:after="100"/>
      </w:pP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 w:rsidRPr="00CE4ADA">
        <w:rPr>
          <w:lang w:val="cs-CZ"/>
        </w:rPr>
        <w:t>zdravotní péči, vitamíny, očkování nebo zdravotní pomůcky</w:t>
      </w:r>
      <w:r>
        <w:t>,</w:t>
      </w:r>
    </w:p>
    <w:p w14:paraId="51DA748B" w14:textId="1A9E17AE" w:rsidR="001C3289" w:rsidRDefault="005A221D" w:rsidP="00474B2D">
      <w:pPr>
        <w:pStyle w:val="Odstavecseseznamem"/>
        <w:numPr>
          <w:ilvl w:val="0"/>
          <w:numId w:val="10"/>
        </w:numPr>
        <w:spacing w:after="100"/>
      </w:pPr>
      <w:r w:rsidRPr="00474B2D">
        <w:rPr>
          <w:lang w:val="cs-CZ"/>
        </w:rPr>
        <w:t>příspěvek při narození dítěte</w:t>
      </w:r>
    </w:p>
    <w:p w14:paraId="6E337781" w14:textId="34366ABB" w:rsidR="00CE4ADA" w:rsidRDefault="00CE4ADA" w:rsidP="001C3289">
      <w:pPr>
        <w:pStyle w:val="Odstavecseseznamem"/>
        <w:numPr>
          <w:ilvl w:val="0"/>
          <w:numId w:val="10"/>
        </w:numPr>
        <w:spacing w:after="100"/>
      </w:pPr>
      <w:r>
        <w:rPr>
          <w:lang w:val="cs-CZ"/>
        </w:rPr>
        <w:t xml:space="preserve">příspěvek na </w:t>
      </w:r>
      <w:r w:rsidRPr="00CE4ADA">
        <w:rPr>
          <w:lang w:val="cs-CZ"/>
        </w:rPr>
        <w:t>rekreaci zaměstnance a případně jeho rodiny</w:t>
      </w:r>
    </w:p>
    <w:p w14:paraId="21F59E0D" w14:textId="77777777" w:rsidR="001C3289" w:rsidRDefault="00350646" w:rsidP="001C3289">
      <w:pPr>
        <w:pStyle w:val="Odstavecseseznamem"/>
        <w:numPr>
          <w:ilvl w:val="0"/>
          <w:numId w:val="10"/>
        </w:numPr>
        <w:spacing w:after="100"/>
      </w:pPr>
      <w:proofErr w:type="spellStart"/>
      <w:r>
        <w:t>příspěvek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životním</w:t>
      </w:r>
      <w:proofErr w:type="spellEnd"/>
      <w:r>
        <w:t xml:space="preserve"> </w:t>
      </w:r>
      <w:proofErr w:type="spellStart"/>
      <w:r>
        <w:t>jubileu</w:t>
      </w:r>
      <w:proofErr w:type="spellEnd"/>
      <w:r>
        <w:t>,</w:t>
      </w:r>
    </w:p>
    <w:p w14:paraId="3497646E" w14:textId="6F1F8594" w:rsidR="001C3289" w:rsidRDefault="005A221D" w:rsidP="001C3289">
      <w:pPr>
        <w:pStyle w:val="Odstavecseseznamem"/>
        <w:numPr>
          <w:ilvl w:val="0"/>
          <w:numId w:val="10"/>
        </w:numPr>
        <w:spacing w:after="100"/>
      </w:pPr>
      <w:proofErr w:type="spellStart"/>
      <w:r>
        <w:t>dary</w:t>
      </w:r>
      <w:proofErr w:type="spellEnd"/>
      <w:r w:rsidR="00350646">
        <w:t xml:space="preserve"> </w:t>
      </w:r>
      <w:proofErr w:type="spellStart"/>
      <w:r w:rsidR="00350646">
        <w:t>při</w:t>
      </w:r>
      <w:proofErr w:type="spellEnd"/>
      <w:r w:rsidR="00350646">
        <w:t xml:space="preserve"> </w:t>
      </w:r>
      <w:proofErr w:type="spellStart"/>
      <w:r w:rsidR="00350646">
        <w:t>odchodu</w:t>
      </w:r>
      <w:proofErr w:type="spellEnd"/>
      <w:r w:rsidR="00350646">
        <w:t xml:space="preserve"> do </w:t>
      </w:r>
      <w:proofErr w:type="spellStart"/>
      <w:r w:rsidR="00350646">
        <w:t>starobního</w:t>
      </w:r>
      <w:proofErr w:type="spellEnd"/>
      <w:r w:rsidR="00350646">
        <w:t xml:space="preserve"> </w:t>
      </w:r>
      <w:proofErr w:type="spellStart"/>
      <w:r w:rsidR="00350646">
        <w:t>nebo</w:t>
      </w:r>
      <w:proofErr w:type="spellEnd"/>
      <w:r w:rsidR="00350646">
        <w:t xml:space="preserve"> </w:t>
      </w:r>
      <w:proofErr w:type="spellStart"/>
      <w:r w:rsidR="00350646">
        <w:t>invalidního</w:t>
      </w:r>
      <w:proofErr w:type="spellEnd"/>
      <w:r w:rsidR="00350646">
        <w:t xml:space="preserve"> </w:t>
      </w:r>
      <w:proofErr w:type="spellStart"/>
      <w:r w:rsidR="00350646">
        <w:t>důchodu</w:t>
      </w:r>
      <w:proofErr w:type="spellEnd"/>
      <w:r w:rsidR="00350646">
        <w:t>,</w:t>
      </w:r>
    </w:p>
    <w:p w14:paraId="0428238E" w14:textId="6E0051CE" w:rsidR="00CE4ADA" w:rsidRDefault="00CE4ADA" w:rsidP="001C3289">
      <w:pPr>
        <w:pStyle w:val="Odstavecseseznamem"/>
        <w:numPr>
          <w:ilvl w:val="0"/>
          <w:numId w:val="10"/>
        </w:numPr>
        <w:spacing w:after="100"/>
      </w:pP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kulturní</w:t>
      </w:r>
      <w:proofErr w:type="spellEnd"/>
      <w:r>
        <w:t xml:space="preserve"> a </w:t>
      </w:r>
      <w:proofErr w:type="spellStart"/>
      <w:r>
        <w:t>společenské</w:t>
      </w:r>
      <w:proofErr w:type="spellEnd"/>
      <w:r>
        <w:t xml:space="preserve"> </w:t>
      </w:r>
      <w:proofErr w:type="spellStart"/>
      <w:r>
        <w:t>akce</w:t>
      </w:r>
      <w:proofErr w:type="spellEnd"/>
      <w:r>
        <w:t>,</w:t>
      </w:r>
    </w:p>
    <w:p w14:paraId="6F0280DC" w14:textId="3E509600" w:rsidR="00173AB8" w:rsidRDefault="00350646" w:rsidP="001C3289">
      <w:pPr>
        <w:pStyle w:val="Odstavecseseznamem"/>
        <w:numPr>
          <w:ilvl w:val="0"/>
          <w:numId w:val="10"/>
        </w:numPr>
        <w:spacing w:after="100"/>
      </w:pPr>
      <w:proofErr w:type="spellStart"/>
      <w:r>
        <w:t>mimořádnou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výpomoc</w:t>
      </w:r>
      <w:proofErr w:type="spellEnd"/>
      <w:r>
        <w:t>.</w:t>
      </w:r>
    </w:p>
    <w:p w14:paraId="65D62003" w14:textId="0450F9D9" w:rsidR="005A221D" w:rsidRDefault="005A221D">
      <w:pPr>
        <w:spacing w:after="100"/>
      </w:pPr>
      <w:proofErr w:type="spellStart"/>
      <w:r>
        <w:t>Příspěvky</w:t>
      </w:r>
      <w:proofErr w:type="spellEnd"/>
      <w:r>
        <w:t xml:space="preserve"> se </w:t>
      </w:r>
      <w:proofErr w:type="spellStart"/>
      <w:r>
        <w:t>poskytují</w:t>
      </w:r>
      <w:proofErr w:type="spellEnd"/>
      <w:r>
        <w:t xml:space="preserve"> </w:t>
      </w:r>
      <w:r w:rsidR="00EB21DE">
        <w:t>max. limit  8300/</w:t>
      </w:r>
      <w:proofErr w:type="spellStart"/>
      <w:r w:rsidR="00EB21DE">
        <w:t>osoba</w:t>
      </w:r>
      <w:proofErr w:type="spellEnd"/>
      <w:r w:rsidR="00EB21DE">
        <w:t>/</w:t>
      </w:r>
      <w:proofErr w:type="spellStart"/>
      <w:r w:rsidR="00EB21DE">
        <w:t>rok</w:t>
      </w:r>
      <w:proofErr w:type="spellEnd"/>
      <w:r w:rsidR="00EB21DE">
        <w:t>.</w:t>
      </w:r>
    </w:p>
    <w:p w14:paraId="0FB5E7F7" w14:textId="11FB0406" w:rsidR="00FE2AA9" w:rsidRDefault="00FE2AA9">
      <w:pPr>
        <w:spacing w:after="100"/>
      </w:pPr>
      <w:r>
        <w:t xml:space="preserve">O </w:t>
      </w:r>
      <w:proofErr w:type="spellStart"/>
      <w:r>
        <w:t>dalších</w:t>
      </w:r>
      <w:proofErr w:type="spellEnd"/>
      <w:r>
        <w:t xml:space="preserve"> </w:t>
      </w:r>
      <w:proofErr w:type="spellStart"/>
      <w:r>
        <w:t>příspěvcích</w:t>
      </w:r>
      <w:proofErr w:type="spellEnd"/>
      <w:r w:rsidR="001C3289">
        <w:t xml:space="preserve"> </w:t>
      </w:r>
      <w:proofErr w:type="spellStart"/>
      <w:r w:rsidR="001C3289">
        <w:t>rozhoduje</w:t>
      </w:r>
      <w:proofErr w:type="spellEnd"/>
      <w:r w:rsidR="001C3289">
        <w:t xml:space="preserve"> </w:t>
      </w:r>
      <w:proofErr w:type="spellStart"/>
      <w:r w:rsidR="001C3289">
        <w:t>individuálně</w:t>
      </w:r>
      <w:proofErr w:type="spellEnd"/>
      <w:r w:rsidR="001C3289">
        <w:t xml:space="preserve"> </w:t>
      </w:r>
      <w:proofErr w:type="spellStart"/>
      <w:r w:rsidR="001C3289">
        <w:t>zastupitelstvo</w:t>
      </w:r>
      <w:proofErr w:type="spellEnd"/>
      <w:r w:rsidR="001C3289">
        <w:t>.</w:t>
      </w:r>
    </w:p>
    <w:p w14:paraId="4FA995CF" w14:textId="06ED0AA6" w:rsidR="00EB21DE" w:rsidRDefault="00EB21DE">
      <w:pPr>
        <w:spacing w:after="100"/>
      </w:pPr>
      <w:proofErr w:type="spellStart"/>
      <w:r>
        <w:lastRenderedPageBreak/>
        <w:t>Bankovní</w:t>
      </w:r>
      <w:proofErr w:type="spellEnd"/>
      <w:r>
        <w:t xml:space="preserve"> </w:t>
      </w:r>
      <w:proofErr w:type="spellStart"/>
      <w:r>
        <w:t>poplatky</w:t>
      </w:r>
      <w:proofErr w:type="spellEnd"/>
      <w:r>
        <w:t xml:space="preserve"> a </w:t>
      </w:r>
      <w:proofErr w:type="spellStart"/>
      <w:r>
        <w:t>úroky</w:t>
      </w:r>
      <w:proofErr w:type="spellEnd"/>
      <w:r>
        <w:t xml:space="preserve"> </w:t>
      </w:r>
      <w:proofErr w:type="spellStart"/>
      <w:r>
        <w:t>soc.fondu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součástí</w:t>
      </w:r>
      <w:proofErr w:type="spellEnd"/>
      <w:r>
        <w:t xml:space="preserve"> </w:t>
      </w:r>
      <w:proofErr w:type="spellStart"/>
      <w:r>
        <w:t>příjmů</w:t>
      </w:r>
      <w:proofErr w:type="spellEnd"/>
      <w:r>
        <w:t xml:space="preserve"> a </w:t>
      </w:r>
      <w:proofErr w:type="spellStart"/>
      <w:r>
        <w:t>výdajů</w:t>
      </w:r>
      <w:proofErr w:type="spellEnd"/>
      <w:r>
        <w:t xml:space="preserve"> </w:t>
      </w:r>
      <w:proofErr w:type="spellStart"/>
      <w:r>
        <w:t>tohoto</w:t>
      </w:r>
      <w:proofErr w:type="spellEnd"/>
      <w:r>
        <w:t xml:space="preserve"> fondu.</w:t>
      </w:r>
    </w:p>
    <w:p w14:paraId="4CA6F0FE" w14:textId="77777777" w:rsidR="00173AB8" w:rsidRDefault="00350646">
      <w:pPr>
        <w:spacing w:before="200"/>
        <w:jc w:val="center"/>
        <w:rPr>
          <w:b/>
          <w:sz w:val="24"/>
        </w:rPr>
      </w:pPr>
      <w:r>
        <w:rPr>
          <w:b/>
          <w:sz w:val="24"/>
        </w:rPr>
        <w:t>Článek V.</w:t>
      </w:r>
      <w:r>
        <w:rPr>
          <w:b/>
          <w:sz w:val="24"/>
        </w:rPr>
        <w:br/>
      </w:r>
      <w:proofErr w:type="spellStart"/>
      <w:r>
        <w:rPr>
          <w:b/>
          <w:sz w:val="24"/>
        </w:rPr>
        <w:t>Schvalování</w:t>
      </w:r>
      <w:proofErr w:type="spellEnd"/>
      <w:r>
        <w:rPr>
          <w:b/>
          <w:sz w:val="24"/>
        </w:rPr>
        <w:t xml:space="preserve"> a </w:t>
      </w:r>
      <w:proofErr w:type="spellStart"/>
      <w:r>
        <w:rPr>
          <w:b/>
          <w:sz w:val="24"/>
        </w:rPr>
        <w:t>dokládání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čerpání</w:t>
      </w:r>
      <w:proofErr w:type="spellEnd"/>
    </w:p>
    <w:p w14:paraId="3CE54556" w14:textId="77777777" w:rsidR="001C3289" w:rsidRDefault="001C3289">
      <w:pPr>
        <w:spacing w:before="200"/>
        <w:jc w:val="center"/>
      </w:pPr>
    </w:p>
    <w:p w14:paraId="01C6AFA3" w14:textId="02463138" w:rsidR="00173AB8" w:rsidRDefault="00350646">
      <w:pPr>
        <w:spacing w:after="100"/>
      </w:pPr>
      <w:r>
        <w:t xml:space="preserve">O </w:t>
      </w:r>
      <w:proofErr w:type="spellStart"/>
      <w:r>
        <w:t>běžném</w:t>
      </w:r>
      <w:proofErr w:type="spellEnd"/>
      <w:r>
        <w:t xml:space="preserve"> </w:t>
      </w:r>
      <w:proofErr w:type="spellStart"/>
      <w:r>
        <w:t>čerpání</w:t>
      </w:r>
      <w:proofErr w:type="spellEnd"/>
      <w:r>
        <w:t xml:space="preserve"> fondu </w:t>
      </w:r>
      <w:proofErr w:type="spellStart"/>
      <w:r>
        <w:t>rozhoduje</w:t>
      </w:r>
      <w:proofErr w:type="spellEnd"/>
      <w:r>
        <w:t xml:space="preserve"> </w:t>
      </w:r>
      <w:proofErr w:type="spellStart"/>
      <w:r>
        <w:t>starostka</w:t>
      </w:r>
      <w:proofErr w:type="spellEnd"/>
      <w:r>
        <w:t xml:space="preserve"> obce.</w:t>
      </w:r>
      <w:r w:rsidR="001C3289">
        <w:t xml:space="preserve"> </w:t>
      </w:r>
      <w:r>
        <w:t xml:space="preserve">O </w:t>
      </w:r>
      <w:proofErr w:type="spellStart"/>
      <w:r>
        <w:t>mimořádné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výpomoci</w:t>
      </w:r>
      <w:proofErr w:type="spellEnd"/>
      <w:r>
        <w:t xml:space="preserve"> </w:t>
      </w:r>
      <w:proofErr w:type="spellStart"/>
      <w:r>
        <w:t>rozhoduje</w:t>
      </w:r>
      <w:proofErr w:type="spellEnd"/>
      <w:r>
        <w:t xml:space="preserve"> </w:t>
      </w:r>
      <w:proofErr w:type="spellStart"/>
      <w:r>
        <w:t>zastupitelstvo</w:t>
      </w:r>
      <w:proofErr w:type="spellEnd"/>
      <w:r>
        <w:t xml:space="preserve"> obce.</w:t>
      </w:r>
      <w:r w:rsidR="001C3289">
        <w:t xml:space="preserve"> </w:t>
      </w:r>
      <w:proofErr w:type="spellStart"/>
      <w:r>
        <w:t>Čerpání</w:t>
      </w:r>
      <w:proofErr w:type="spellEnd"/>
      <w:r>
        <w:t xml:space="preserve"> fondu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doloženo</w:t>
      </w:r>
      <w:proofErr w:type="spellEnd"/>
      <w:r>
        <w:t xml:space="preserve"> </w:t>
      </w:r>
      <w:proofErr w:type="spellStart"/>
      <w:r>
        <w:t>účetním</w:t>
      </w:r>
      <w:proofErr w:type="spellEnd"/>
      <w:r>
        <w:t xml:space="preserve"> </w:t>
      </w:r>
      <w:proofErr w:type="spellStart"/>
      <w:r>
        <w:t>dokladem</w:t>
      </w:r>
      <w:proofErr w:type="spellEnd"/>
      <w:r>
        <w:t xml:space="preserve">, </w:t>
      </w:r>
      <w:proofErr w:type="spellStart"/>
      <w:r>
        <w:t>žádostí</w:t>
      </w:r>
      <w:proofErr w:type="spellEnd"/>
      <w:r>
        <w:t xml:space="preserve"> nebo jiným vhodným podkladem podle povahy výdaje.</w:t>
      </w:r>
    </w:p>
    <w:p w14:paraId="3E4CAE4C" w14:textId="35BE9691" w:rsidR="00173AB8" w:rsidRDefault="00350646">
      <w:pPr>
        <w:spacing w:before="200"/>
        <w:jc w:val="center"/>
        <w:rPr>
          <w:b/>
          <w:sz w:val="24"/>
        </w:rPr>
      </w:pPr>
      <w:r>
        <w:rPr>
          <w:b/>
          <w:sz w:val="24"/>
        </w:rPr>
        <w:t>Článek VI.</w:t>
      </w:r>
      <w:r>
        <w:rPr>
          <w:b/>
          <w:sz w:val="24"/>
        </w:rPr>
        <w:br/>
        <w:t xml:space="preserve">Hospodaření </w:t>
      </w:r>
    </w:p>
    <w:p w14:paraId="52C26071" w14:textId="77777777" w:rsidR="001C3289" w:rsidRDefault="001C3289">
      <w:pPr>
        <w:spacing w:before="200"/>
        <w:jc w:val="center"/>
      </w:pPr>
    </w:p>
    <w:p w14:paraId="62F89EB8" w14:textId="5B09BEC3" w:rsidR="00173AB8" w:rsidRDefault="00350646">
      <w:pPr>
        <w:spacing w:after="100"/>
      </w:pPr>
      <w:proofErr w:type="spellStart"/>
      <w:r>
        <w:t>Prostředky</w:t>
      </w:r>
      <w:proofErr w:type="spellEnd"/>
      <w:r>
        <w:t xml:space="preserve"> fondu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vedeny</w:t>
      </w:r>
      <w:proofErr w:type="spellEnd"/>
      <w:r>
        <w:t xml:space="preserve"> v </w:t>
      </w:r>
      <w:proofErr w:type="spellStart"/>
      <w:r>
        <w:t>účetnictví</w:t>
      </w:r>
      <w:proofErr w:type="spellEnd"/>
      <w:r>
        <w:t xml:space="preserve"> obce </w:t>
      </w:r>
      <w:proofErr w:type="spellStart"/>
      <w:r>
        <w:t>odděleně</w:t>
      </w:r>
      <w:proofErr w:type="spellEnd"/>
      <w:r w:rsidR="00FE2AA9">
        <w:t xml:space="preserve">. </w:t>
      </w:r>
      <w:r>
        <w:t xml:space="preserve">Za </w:t>
      </w:r>
      <w:proofErr w:type="spellStart"/>
      <w:r>
        <w:t>evidenci</w:t>
      </w:r>
      <w:proofErr w:type="spellEnd"/>
      <w:r>
        <w:t xml:space="preserve"> fondu </w:t>
      </w:r>
      <w:proofErr w:type="spellStart"/>
      <w:r>
        <w:t>odpovídá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obce, za </w:t>
      </w:r>
      <w:proofErr w:type="spellStart"/>
      <w:r>
        <w:t>hospodaření</w:t>
      </w:r>
      <w:proofErr w:type="spellEnd"/>
      <w:r>
        <w:t xml:space="preserve"> s </w:t>
      </w:r>
      <w:proofErr w:type="spellStart"/>
      <w:r>
        <w:t>fondem</w:t>
      </w:r>
      <w:proofErr w:type="spellEnd"/>
      <w:r>
        <w:t xml:space="preserve"> </w:t>
      </w:r>
      <w:proofErr w:type="spellStart"/>
      <w:r>
        <w:t>odpovídá</w:t>
      </w:r>
      <w:proofErr w:type="spellEnd"/>
      <w:r>
        <w:t xml:space="preserve"> </w:t>
      </w:r>
      <w:proofErr w:type="spellStart"/>
      <w:r>
        <w:t>starostka</w:t>
      </w:r>
      <w:proofErr w:type="spellEnd"/>
      <w:r>
        <w:t xml:space="preserve"> obce.</w:t>
      </w:r>
    </w:p>
    <w:p w14:paraId="2A62EAB5" w14:textId="77777777" w:rsidR="00FE2AA9" w:rsidRDefault="00FE2AA9">
      <w:pPr>
        <w:spacing w:after="100"/>
      </w:pPr>
    </w:p>
    <w:p w14:paraId="3085018D" w14:textId="77777777" w:rsidR="001C3289" w:rsidRDefault="00350646" w:rsidP="001C3289">
      <w:pPr>
        <w:spacing w:before="200"/>
        <w:jc w:val="center"/>
      </w:pPr>
      <w:proofErr w:type="spellStart"/>
      <w:r>
        <w:rPr>
          <w:b/>
          <w:sz w:val="24"/>
        </w:rPr>
        <w:t>Článek</w:t>
      </w:r>
      <w:proofErr w:type="spellEnd"/>
      <w:r>
        <w:rPr>
          <w:b/>
          <w:sz w:val="24"/>
        </w:rPr>
        <w:t xml:space="preserve"> VII.</w:t>
      </w:r>
      <w:r>
        <w:rPr>
          <w:b/>
          <w:sz w:val="24"/>
        </w:rPr>
        <w:br/>
      </w:r>
      <w:proofErr w:type="spellStart"/>
      <w:r>
        <w:rPr>
          <w:b/>
          <w:sz w:val="24"/>
        </w:rPr>
        <w:t>Závěrečná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ustanovení</w:t>
      </w:r>
      <w:proofErr w:type="spellEnd"/>
    </w:p>
    <w:p w14:paraId="0963A902" w14:textId="7EE3C8EF" w:rsidR="00173AB8" w:rsidRDefault="00350646" w:rsidP="001C3289">
      <w:pPr>
        <w:spacing w:before="200"/>
      </w:pPr>
      <w:r>
        <w:t xml:space="preserve">Tato </w:t>
      </w:r>
      <w:proofErr w:type="spellStart"/>
      <w:r>
        <w:t>směrnice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schválena</w:t>
      </w:r>
      <w:proofErr w:type="spellEnd"/>
      <w:r>
        <w:t xml:space="preserve"> </w:t>
      </w:r>
      <w:proofErr w:type="spellStart"/>
      <w:r>
        <w:t>Zastupitelstvem</w:t>
      </w:r>
      <w:proofErr w:type="spellEnd"/>
      <w:r>
        <w:t xml:space="preserve"> obce Březůvky </w:t>
      </w:r>
      <w:proofErr w:type="spellStart"/>
      <w:r>
        <w:t>dne</w:t>
      </w:r>
      <w:proofErr w:type="spellEnd"/>
      <w:r>
        <w:t xml:space="preserve"> </w:t>
      </w:r>
      <w:proofErr w:type="spellStart"/>
      <w:r>
        <w:t>usnesením</w:t>
      </w:r>
      <w:proofErr w:type="spellEnd"/>
      <w:r>
        <w:t xml:space="preserve"> č. </w:t>
      </w:r>
      <w:r w:rsidR="00CE4ADA">
        <w:t>5/36/2026</w:t>
      </w:r>
      <w:r>
        <w:t xml:space="preserve"> a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přílohu</w:t>
      </w:r>
      <w:proofErr w:type="spellEnd"/>
      <w:r>
        <w:t xml:space="preserve"> č. </w:t>
      </w:r>
      <w:r w:rsidR="00CE4ADA">
        <w:t>1</w:t>
      </w:r>
      <w:r>
        <w:t xml:space="preserve"> </w:t>
      </w:r>
      <w:proofErr w:type="spellStart"/>
      <w:r>
        <w:t>tohoto</w:t>
      </w:r>
      <w:proofErr w:type="spellEnd"/>
      <w:r>
        <w:t xml:space="preserve"> </w:t>
      </w:r>
      <w:proofErr w:type="spellStart"/>
      <w:r>
        <w:t>usnesení</w:t>
      </w:r>
      <w:proofErr w:type="spellEnd"/>
      <w:r>
        <w:t>.</w:t>
      </w:r>
    </w:p>
    <w:p w14:paraId="4F575F6F" w14:textId="5A776C5B" w:rsidR="00173AB8" w:rsidRDefault="00350646">
      <w:pPr>
        <w:spacing w:after="100"/>
      </w:pPr>
      <w:r>
        <w:t xml:space="preserve">Tato </w:t>
      </w:r>
      <w:proofErr w:type="spellStart"/>
      <w:r>
        <w:t>směrnice</w:t>
      </w:r>
      <w:proofErr w:type="spellEnd"/>
      <w:r>
        <w:t xml:space="preserve"> </w:t>
      </w:r>
      <w:proofErr w:type="spellStart"/>
      <w:r>
        <w:t>nabývá</w:t>
      </w:r>
      <w:proofErr w:type="spellEnd"/>
      <w:r>
        <w:t xml:space="preserve">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dne</w:t>
      </w:r>
      <w:proofErr w:type="spellEnd"/>
      <w:r w:rsidR="00FE2AA9">
        <w:t xml:space="preserve"> </w:t>
      </w:r>
      <w:r w:rsidR="00CE4ADA">
        <w:t>1.6.2026.</w:t>
      </w:r>
    </w:p>
    <w:p w14:paraId="65F4F785" w14:textId="77777777" w:rsidR="00173AB8" w:rsidRDefault="00350646">
      <w:pPr>
        <w:spacing w:after="100"/>
      </w:pPr>
      <w:r>
        <w:t>Změny této směrnice schvaluje zastupitelstvo obce.</w:t>
      </w:r>
    </w:p>
    <w:p w14:paraId="01C88D20" w14:textId="77777777" w:rsidR="00173AB8" w:rsidRDefault="00173AB8">
      <w:pPr>
        <w:spacing w:after="100"/>
      </w:pPr>
    </w:p>
    <w:p w14:paraId="05DAB602" w14:textId="12CC980D" w:rsidR="00173AB8" w:rsidRDefault="00350646">
      <w:pPr>
        <w:spacing w:after="100"/>
      </w:pPr>
      <w:r>
        <w:t xml:space="preserve">V </w:t>
      </w:r>
      <w:proofErr w:type="spellStart"/>
      <w:r>
        <w:t>Březůvkách</w:t>
      </w:r>
      <w:proofErr w:type="spellEnd"/>
      <w:r>
        <w:t xml:space="preserve"> dne </w:t>
      </w:r>
      <w:r w:rsidR="005A221D">
        <w:t>1.6.2026</w:t>
      </w:r>
    </w:p>
    <w:p w14:paraId="328512BE" w14:textId="77777777" w:rsidR="00173AB8" w:rsidRDefault="00173AB8">
      <w:pPr>
        <w:spacing w:after="100"/>
      </w:pPr>
    </w:p>
    <w:p w14:paraId="362CCD58" w14:textId="77777777" w:rsidR="00173AB8" w:rsidRDefault="00173AB8">
      <w:pPr>
        <w:spacing w:after="100"/>
      </w:pPr>
    </w:p>
    <w:p w14:paraId="3E0B8CDD" w14:textId="299BB18C" w:rsidR="001C3289" w:rsidRDefault="009263A5" w:rsidP="009263A5">
      <w:pPr>
        <w:jc w:val="center"/>
      </w:pPr>
      <w:r>
        <w:t xml:space="preserve">                                                                                                    Hana Vachová</w:t>
      </w:r>
    </w:p>
    <w:p w14:paraId="6FCE7AC0" w14:textId="46551DAE" w:rsidR="00173AB8" w:rsidRDefault="001C3289" w:rsidP="001C3289">
      <w:pPr>
        <w:jc w:val="center"/>
      </w:pPr>
      <w:r>
        <w:t xml:space="preserve">                                                                                                       </w:t>
      </w:r>
      <w:proofErr w:type="spellStart"/>
      <w:r>
        <w:t>starostka</w:t>
      </w:r>
      <w:proofErr w:type="spellEnd"/>
      <w:r>
        <w:t xml:space="preserve"> obce</w:t>
      </w:r>
    </w:p>
    <w:sectPr w:rsidR="00173AB8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8135F7"/>
    <w:multiLevelType w:val="hybridMultilevel"/>
    <w:tmpl w:val="E236C24E"/>
    <w:lvl w:ilvl="0" w:tplc="755A8F6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884486">
    <w:abstractNumId w:val="8"/>
  </w:num>
  <w:num w:numId="2" w16cid:durableId="750156478">
    <w:abstractNumId w:val="6"/>
  </w:num>
  <w:num w:numId="3" w16cid:durableId="45567405">
    <w:abstractNumId w:val="5"/>
  </w:num>
  <w:num w:numId="4" w16cid:durableId="293339455">
    <w:abstractNumId w:val="4"/>
  </w:num>
  <w:num w:numId="5" w16cid:durableId="40830846">
    <w:abstractNumId w:val="7"/>
  </w:num>
  <w:num w:numId="6" w16cid:durableId="336465534">
    <w:abstractNumId w:val="3"/>
  </w:num>
  <w:num w:numId="7" w16cid:durableId="1182863029">
    <w:abstractNumId w:val="2"/>
  </w:num>
  <w:num w:numId="8" w16cid:durableId="1731077490">
    <w:abstractNumId w:val="1"/>
  </w:num>
  <w:num w:numId="9" w16cid:durableId="750926291">
    <w:abstractNumId w:val="0"/>
  </w:num>
  <w:num w:numId="10" w16cid:durableId="11963065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8B1"/>
    <w:rsid w:val="00034616"/>
    <w:rsid w:val="0006063C"/>
    <w:rsid w:val="00093A3F"/>
    <w:rsid w:val="0015074B"/>
    <w:rsid w:val="00173AB8"/>
    <w:rsid w:val="001C3289"/>
    <w:rsid w:val="0029639D"/>
    <w:rsid w:val="00326F90"/>
    <w:rsid w:val="00350646"/>
    <w:rsid w:val="00394503"/>
    <w:rsid w:val="00474B2D"/>
    <w:rsid w:val="005A221D"/>
    <w:rsid w:val="009263A5"/>
    <w:rsid w:val="00AA1D8D"/>
    <w:rsid w:val="00B36BE7"/>
    <w:rsid w:val="00B47730"/>
    <w:rsid w:val="00CB0664"/>
    <w:rsid w:val="00CE4ADA"/>
    <w:rsid w:val="00E55DC8"/>
    <w:rsid w:val="00EB21DE"/>
    <w:rsid w:val="00F95E04"/>
    <w:rsid w:val="00FC693F"/>
    <w:rsid w:val="00FE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BDCA6E"/>
  <w14:defaultImageDpi w14:val="330"/>
  <w15:docId w15:val="{C55832C9-510A-4FAF-AAF9-0C127C1E5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59" w:lineRule="auto"/>
    </w:pPr>
    <w:rPr>
      <w:rFonts w:ascii="Arial" w:eastAsia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399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Starostka</cp:lastModifiedBy>
  <cp:revision>8</cp:revision>
  <cp:lastPrinted>2026-09-11T08:05:00Z</cp:lastPrinted>
  <dcterms:created xsi:type="dcterms:W3CDTF">2013-12-23T23:15:00Z</dcterms:created>
  <dcterms:modified xsi:type="dcterms:W3CDTF">2026-09-11T08:06:00Z</dcterms:modified>
  <cp:category/>
</cp:coreProperties>
</file>